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408"/>
      </w:tblGrid>
      <w:tr w:rsidR="009F386B" w:rsidRPr="00B53211" w14:paraId="0A5DDCF0" w14:textId="77777777" w:rsidTr="004824A7">
        <w:trPr>
          <w:trHeight w:val="136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F246A44" w14:textId="77777777" w:rsidR="009F386B" w:rsidRPr="00B53211" w:rsidRDefault="009F386B" w:rsidP="006234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 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30D6163" w14:textId="77777777" w:rsidR="009F386B" w:rsidRPr="00B53211" w:rsidRDefault="009F386B" w:rsidP="006234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PATVIRTINTA </w:t>
            </w:r>
          </w:p>
          <w:p w14:paraId="6FD4791D" w14:textId="77777777" w:rsidR="0062343C" w:rsidRDefault="009F386B" w:rsidP="006234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Vilniaus miesto savivaldybės </w:t>
            </w:r>
          </w:p>
          <w:p w14:paraId="335DCCA9" w14:textId="5116B96D" w:rsidR="009F386B" w:rsidRPr="00B53211" w:rsidRDefault="009F386B" w:rsidP="006234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administracijos direktoriaus </w:t>
            </w:r>
          </w:p>
          <w:p w14:paraId="308143FE" w14:textId="2BAA2DB9" w:rsidR="009F386B" w:rsidRPr="00B53211" w:rsidRDefault="009F386B" w:rsidP="006234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 </w:t>
            </w:r>
            <w:r w:rsidR="00A9404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rugsėjo 15 d.</w:t>
            </w: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 </w:t>
            </w:r>
          </w:p>
          <w:p w14:paraId="4DA27338" w14:textId="55FDF96B" w:rsidR="009F386B" w:rsidRPr="00B53211" w:rsidRDefault="009F386B" w:rsidP="006234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įsakymu Nr. </w:t>
            </w:r>
            <w:r w:rsidR="00A9404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30-2365/26</w:t>
            </w:r>
          </w:p>
          <w:p w14:paraId="1869A7AC" w14:textId="77777777" w:rsidR="00465A85" w:rsidRPr="00B53211" w:rsidRDefault="00465A85" w:rsidP="006234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A1A3486" w14:textId="1E4241C0" w:rsidR="00A95FD3" w:rsidRPr="00B53211" w:rsidRDefault="00A95FD3" w:rsidP="006234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1E65A59D" w14:textId="4A021C07" w:rsidR="0062343C" w:rsidRDefault="0062343C" w:rsidP="00576603">
      <w:pPr>
        <w:spacing w:after="0"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  <w:lang w:val="lt-LT"/>
        </w:rPr>
      </w:pPr>
      <w:r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  <w:lang w:val="lt-LT"/>
        </w:rPr>
        <w:t>(</w:t>
      </w:r>
      <w:r w:rsidRPr="0062343C"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  <w:lang w:val="lt-LT"/>
        </w:rPr>
        <w:t>Patekimo sprendinio bandymo protokol</w:t>
      </w:r>
      <w:r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  <w:lang w:val="lt-LT"/>
        </w:rPr>
        <w:t>o forma)</w:t>
      </w:r>
    </w:p>
    <w:p w14:paraId="76DE01F1" w14:textId="77777777" w:rsidR="0062343C" w:rsidRDefault="0062343C" w:rsidP="00576603">
      <w:pPr>
        <w:spacing w:after="0"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  <w:lang w:val="lt-LT"/>
        </w:rPr>
      </w:pPr>
    </w:p>
    <w:p w14:paraId="4444315A" w14:textId="344FDCFF" w:rsidR="00A0002C" w:rsidRDefault="009F386B" w:rsidP="00576603">
      <w:pPr>
        <w:spacing w:after="0"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  <w:lang w:val="lt-LT"/>
        </w:rPr>
      </w:pPr>
      <w:r w:rsidRPr="00B53211"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  <w:lang w:val="lt-LT"/>
        </w:rPr>
        <w:t>PATEKIMO SPRENDINIO BANDYMO PROTOKOLAS</w:t>
      </w:r>
    </w:p>
    <w:p w14:paraId="69128D79" w14:textId="77777777" w:rsidR="00B53211" w:rsidRDefault="00B53211" w:rsidP="0062343C">
      <w:pPr>
        <w:spacing w:after="0"/>
        <w:jc w:val="center"/>
        <w:rPr>
          <w:lang w:val="lt-LT"/>
        </w:rPr>
      </w:pPr>
    </w:p>
    <w:p w14:paraId="6005C38B" w14:textId="77777777" w:rsidR="004E0E36" w:rsidRPr="00B53211" w:rsidRDefault="004E0E36" w:rsidP="00576603">
      <w:pPr>
        <w:spacing w:after="0"/>
        <w:jc w:val="center"/>
        <w:rPr>
          <w:lang w:val="lt-LT"/>
        </w:rPr>
      </w:pPr>
    </w:p>
    <w:tbl>
      <w:tblPr>
        <w:tblStyle w:val="Lentelstinklelisviesus"/>
        <w:tblW w:w="10020" w:type="dxa"/>
        <w:jc w:val="center"/>
        <w:tblLook w:val="04A0" w:firstRow="1" w:lastRow="0" w:firstColumn="1" w:lastColumn="0" w:noHBand="0" w:noVBand="1"/>
      </w:tblPr>
      <w:tblGrid>
        <w:gridCol w:w="3165"/>
        <w:gridCol w:w="6855"/>
      </w:tblGrid>
      <w:tr w:rsidR="00A0002C" w:rsidRPr="00B53211" w14:paraId="7E413C7D" w14:textId="77777777" w:rsidTr="63E0311D">
        <w:trPr>
          <w:jc w:val="center"/>
        </w:trPr>
        <w:tc>
          <w:tcPr>
            <w:tcW w:w="316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262A5B" w14:textId="77777777" w:rsidR="00A0002C" w:rsidRPr="00B53211" w:rsidRDefault="00DE256C" w:rsidP="08CCC9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Protokolo data ir Nr.</w:t>
            </w:r>
          </w:p>
        </w:tc>
        <w:tc>
          <w:tcPr>
            <w:tcW w:w="6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36AD38" w14:textId="22C28322" w:rsidR="00D91CA2" w:rsidRPr="00B53211" w:rsidRDefault="00000000" w:rsidP="08CCC9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1380822800"/>
                <w:placeholder>
                  <w:docPart w:val="DefaultPlaceholder_-1854013437"/>
                </w:placeholder>
                <w:date>
                  <w:dateFormat w:val="yyyy 'm.' MMMM d 'd.'"/>
                  <w:lid w:val="lt-LT"/>
                  <w:storeMappedDataAs w:val="dateTime"/>
                  <w:calendar w:val="gregorian"/>
                </w:date>
              </w:sdtPr>
              <w:sdtContent>
                <w:r w:rsidR="00D91CA2" w:rsidRPr="00B53211">
                  <w:rPr>
                    <w:rFonts w:ascii="Times New Roman" w:hAnsi="Times New Roman" w:cs="Times New Roman"/>
                    <w:sz w:val="24"/>
                    <w:szCs w:val="24"/>
                    <w:lang w:val="lt-LT"/>
                  </w:rPr>
                  <w:t>20___ m. __________ d.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5E33A4AC" w14:textId="23842972" w:rsidR="00A0002C" w:rsidRPr="00B53211" w:rsidRDefault="00DE256C" w:rsidP="08CCC9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Nr. __________</w:t>
            </w:r>
          </w:p>
        </w:tc>
      </w:tr>
      <w:tr w:rsidR="00A0002C" w:rsidRPr="00B53211" w14:paraId="2A3E1F32" w14:textId="77777777" w:rsidTr="63E0311D">
        <w:trPr>
          <w:jc w:val="center"/>
        </w:trPr>
        <w:tc>
          <w:tcPr>
            <w:tcW w:w="316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BA77BB" w14:textId="5AA01E8C" w:rsidR="00D01A63" w:rsidRPr="00B53211" w:rsidRDefault="00DE256C" w:rsidP="08CCC9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Finansavimo gavėjas</w:t>
            </w:r>
          </w:p>
        </w:tc>
        <w:tc>
          <w:tcPr>
            <w:tcW w:w="6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8FFF33" w14:textId="373837C4" w:rsidR="00A0002C" w:rsidRPr="00B53211" w:rsidRDefault="00A0002C" w:rsidP="08CCC9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0002C" w:rsidRPr="00B53211" w14:paraId="3C4A3C8E" w14:textId="77777777" w:rsidTr="63E0311D">
        <w:trPr>
          <w:jc w:val="center"/>
        </w:trPr>
        <w:tc>
          <w:tcPr>
            <w:tcW w:w="316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3F8892" w14:textId="77777777" w:rsidR="00A0002C" w:rsidRPr="00B53211" w:rsidRDefault="00DE256C" w:rsidP="08CCC9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Objekto adresas</w:t>
            </w:r>
          </w:p>
        </w:tc>
        <w:tc>
          <w:tcPr>
            <w:tcW w:w="6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6726DA" w14:textId="2529A8BE" w:rsidR="00A0002C" w:rsidRPr="00B53211" w:rsidRDefault="00A0002C" w:rsidP="08CCC9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0002C" w:rsidRPr="00B53211" w14:paraId="05E845CB" w14:textId="77777777" w:rsidTr="63E0311D">
        <w:trPr>
          <w:jc w:val="center"/>
        </w:trPr>
        <w:tc>
          <w:tcPr>
            <w:tcW w:w="316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8E5559" w14:textId="77777777" w:rsidR="00A0002C" w:rsidRPr="00B53211" w:rsidRDefault="00DE256C" w:rsidP="08CCC9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Finansavimo sutarties data ir Nr.</w:t>
            </w:r>
          </w:p>
        </w:tc>
        <w:tc>
          <w:tcPr>
            <w:tcW w:w="6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F82792" w14:textId="23BF03A3" w:rsidR="00A0002C" w:rsidRPr="00B53211" w:rsidRDefault="00000000" w:rsidP="44A923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2037385797"/>
                <w:placeholder>
                  <w:docPart w:val="9ED2FE8E0AF241A993EE9FA74FEB7499"/>
                </w:placeholder>
                <w:date>
                  <w:dateFormat w:val="yyyy 'm.' MMMM d 'd.'"/>
                  <w:lid w:val="lt-LT"/>
                  <w:storeMappedDataAs w:val="dateTime"/>
                  <w:calendar w:val="gregorian"/>
                </w:date>
              </w:sdtPr>
              <w:sdtContent>
                <w:r w:rsidR="00B53211" w:rsidRPr="00B53211">
                  <w:rPr>
                    <w:rFonts w:ascii="Times New Roman" w:hAnsi="Times New Roman" w:cs="Times New Roman"/>
                    <w:sz w:val="24"/>
                    <w:szCs w:val="24"/>
                    <w:lang w:val="lt-LT"/>
                  </w:rPr>
                  <w:t>20___ m. __________ d.</w:t>
                </w:r>
              </w:sdtContent>
            </w:sdt>
          </w:p>
          <w:p w14:paraId="246D0868" w14:textId="04A9874B" w:rsidR="00A0002C" w:rsidRPr="00B53211" w:rsidRDefault="73FA6DB2" w:rsidP="08CCC9AC">
            <w:pPr>
              <w:rPr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Nr.</w:t>
            </w:r>
            <w:r w:rsidR="007614E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7614E0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__________</w:t>
            </w:r>
          </w:p>
        </w:tc>
      </w:tr>
      <w:tr w:rsidR="00A0002C" w:rsidRPr="00B53211" w14:paraId="13459973" w14:textId="77777777" w:rsidTr="63E0311D">
        <w:trPr>
          <w:jc w:val="center"/>
        </w:trPr>
        <w:tc>
          <w:tcPr>
            <w:tcW w:w="316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A1F37" w14:textId="77777777" w:rsidR="00A0002C" w:rsidRPr="00B53211" w:rsidRDefault="00DE256C" w:rsidP="08CCC9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Bandomas sprendinys</w:t>
            </w:r>
          </w:p>
        </w:tc>
        <w:tc>
          <w:tcPr>
            <w:tcW w:w="6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1C49BC" w14:textId="4FD89462" w:rsidR="00A0002C" w:rsidRPr="00B53211" w:rsidRDefault="00000000" w:rsidP="08CCC9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-554463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4DC1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automatinis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-84447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4DC1" w:rsidRPr="00B53211">
                  <w:rPr>
                    <w:rFonts w:ascii="MS Gothic" w:eastAsia="MS Gothic" w:hAnsi="MS Gothic" w:cs="Times New Roman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nuotolinis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72048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02D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kitas mechanizmas</w:t>
            </w:r>
          </w:p>
        </w:tc>
      </w:tr>
      <w:tr w:rsidR="00A0002C" w:rsidRPr="0062343C" w14:paraId="2F91F5F2" w14:textId="77777777" w:rsidTr="63E0311D">
        <w:trPr>
          <w:jc w:val="center"/>
        </w:trPr>
        <w:tc>
          <w:tcPr>
            <w:tcW w:w="316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6887A7" w14:textId="77777777" w:rsidR="00A0002C" w:rsidRPr="00B53211" w:rsidRDefault="00DE256C" w:rsidP="08CCC9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Bandymą atliko</w:t>
            </w:r>
          </w:p>
          <w:p w14:paraId="701C96D5" w14:textId="7DDCA21D" w:rsidR="00465A85" w:rsidRPr="00B53211" w:rsidRDefault="00465A85" w:rsidP="08CCC9AC">
            <w:pPr>
              <w:rPr>
                <w:i/>
                <w:iCs/>
                <w:lang w:val="lt-LT"/>
              </w:rPr>
            </w:pPr>
            <w:r w:rsidRPr="00B53211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Cs w:val="20"/>
                <w:lang w:val="lt-LT"/>
              </w:rPr>
              <w:t>(Vardas, pavardė, pareigos)</w:t>
            </w:r>
          </w:p>
        </w:tc>
        <w:tc>
          <w:tcPr>
            <w:tcW w:w="6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D36337" w14:textId="39A074EC" w:rsidR="00A0002C" w:rsidRPr="00B53211" w:rsidRDefault="00A0002C" w:rsidP="00465A8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0002C" w:rsidRPr="00B53211" w14:paraId="27B99263" w14:textId="77777777" w:rsidTr="63E0311D">
        <w:trPr>
          <w:jc w:val="center"/>
        </w:trPr>
        <w:tc>
          <w:tcPr>
            <w:tcW w:w="316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53405B" w14:textId="77777777" w:rsidR="00A0002C" w:rsidRPr="00B53211" w:rsidRDefault="00DE256C" w:rsidP="08CCC9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Dalyvavo</w:t>
            </w:r>
          </w:p>
          <w:p w14:paraId="0D950AE7" w14:textId="08D89B7C" w:rsidR="00465A85" w:rsidRPr="00B53211" w:rsidRDefault="00465A85" w:rsidP="08CCC9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Cs w:val="20"/>
                <w:lang w:val="lt-LT"/>
              </w:rPr>
              <w:t>(Vardas, pavardė, pareigos)</w:t>
            </w:r>
          </w:p>
        </w:tc>
        <w:tc>
          <w:tcPr>
            <w:tcW w:w="6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CFE60F" w14:textId="5A01E3DF" w:rsidR="00A0002C" w:rsidRPr="00B53211" w:rsidRDefault="00A0002C" w:rsidP="08CCC9A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4498C916" w14:textId="6338A8C3" w:rsidR="00B22B50" w:rsidRPr="00B22B50" w:rsidRDefault="00DE256C" w:rsidP="0D4539E3">
      <w:pPr>
        <w:pStyle w:val="Antrat1"/>
        <w:rPr>
          <w:rFonts w:ascii="Times New Roman" w:eastAsia="Times New Roman" w:hAnsi="Times New Roman" w:cs="Times New Roman"/>
        </w:rPr>
      </w:pPr>
      <w:r w:rsidRPr="0D4539E3">
        <w:rPr>
          <w:rFonts w:ascii="Times New Roman" w:eastAsia="Times New Roman" w:hAnsi="Times New Roman" w:cs="Times New Roman"/>
        </w:rPr>
        <w:t>Bandymo sąlygos</w:t>
      </w:r>
    </w:p>
    <w:tbl>
      <w:tblPr>
        <w:tblStyle w:val="Lentelstinklelisviesus"/>
        <w:tblW w:w="0" w:type="auto"/>
        <w:jc w:val="center"/>
        <w:tblLook w:val="04A0" w:firstRow="1" w:lastRow="0" w:firstColumn="1" w:lastColumn="0" w:noHBand="0" w:noVBand="1"/>
      </w:tblPr>
      <w:tblGrid>
        <w:gridCol w:w="3271"/>
        <w:gridCol w:w="6801"/>
      </w:tblGrid>
      <w:tr w:rsidR="00A0002C" w:rsidRPr="00B53211" w14:paraId="0629F02A" w14:textId="77777777" w:rsidTr="004824A7">
        <w:trPr>
          <w:jc w:val="center"/>
        </w:trPr>
        <w:tc>
          <w:tcPr>
            <w:tcW w:w="327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93207B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Bandymo pradžia</w:t>
            </w:r>
          </w:p>
        </w:tc>
        <w:tc>
          <w:tcPr>
            <w:tcW w:w="68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51E779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______ val. ______ min.</w:t>
            </w:r>
          </w:p>
        </w:tc>
      </w:tr>
      <w:tr w:rsidR="00A0002C" w:rsidRPr="00B53211" w14:paraId="17B546EF" w14:textId="77777777" w:rsidTr="004824A7">
        <w:trPr>
          <w:jc w:val="center"/>
        </w:trPr>
        <w:tc>
          <w:tcPr>
            <w:tcW w:w="327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EF419E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Bandymo pabaiga</w:t>
            </w:r>
          </w:p>
        </w:tc>
        <w:tc>
          <w:tcPr>
            <w:tcW w:w="68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B51361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______ val. ______ min.</w:t>
            </w:r>
          </w:p>
        </w:tc>
      </w:tr>
      <w:tr w:rsidR="00A0002C" w:rsidRPr="00B53211" w14:paraId="628E2579" w14:textId="77777777" w:rsidTr="004824A7">
        <w:trPr>
          <w:jc w:val="center"/>
        </w:trPr>
        <w:tc>
          <w:tcPr>
            <w:tcW w:w="327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6EF85F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Bandymo pagrindas</w:t>
            </w:r>
          </w:p>
        </w:tc>
        <w:tc>
          <w:tcPr>
            <w:tcW w:w="68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6193A9" w14:textId="6C8FA874" w:rsidR="009F386B" w:rsidRPr="00B53211" w:rsidRDefault="00000000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179678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68D8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priėmimas po įrengimo </w:t>
            </w:r>
          </w:p>
          <w:p w14:paraId="26E0E529" w14:textId="34E2BCF7" w:rsidR="009F386B" w:rsidRPr="00B53211" w:rsidRDefault="00000000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-168729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68D8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periodinis patikrinimas</w:t>
            </w:r>
          </w:p>
          <w:p w14:paraId="5D77C766" w14:textId="2B0C1379" w:rsidR="009F386B" w:rsidRPr="00B53211" w:rsidRDefault="00000000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121878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1CA2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po gedimo / remonto </w:t>
            </w:r>
          </w:p>
          <w:p w14:paraId="5420ADA1" w14:textId="5AD05ACD" w:rsidR="009F386B" w:rsidRPr="00B53211" w:rsidRDefault="00000000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-195370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68D8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po atnaujinimo   </w:t>
            </w:r>
          </w:p>
          <w:p w14:paraId="5C3B1B2B" w14:textId="15CCBADB" w:rsidR="00A0002C" w:rsidRPr="00B53211" w:rsidRDefault="00000000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180427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68D8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pasikeitus atsakingiems asmenims</w:t>
            </w:r>
          </w:p>
        </w:tc>
      </w:tr>
      <w:tr w:rsidR="00A0002C" w:rsidRPr="00B53211" w14:paraId="73DCD0E8" w14:textId="77777777" w:rsidTr="004824A7">
        <w:trPr>
          <w:jc w:val="center"/>
        </w:trPr>
        <w:tc>
          <w:tcPr>
            <w:tcW w:w="327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192548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Bandymo sąlygos ir pastabos</w:t>
            </w:r>
          </w:p>
        </w:tc>
        <w:tc>
          <w:tcPr>
            <w:tcW w:w="68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14CCC0" w14:textId="77777777" w:rsidR="00A0002C" w:rsidRDefault="00A0002C" w:rsidP="007614E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EB7FFC9" w14:textId="78EF24E9" w:rsidR="007614E0" w:rsidRPr="00B53211" w:rsidRDefault="007614E0" w:rsidP="007614E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25950E37" w14:textId="07C8EC1C" w:rsidR="00B53211" w:rsidRPr="00B53211" w:rsidRDefault="009722DA" w:rsidP="00075B23">
      <w:pPr>
        <w:tabs>
          <w:tab w:val="right" w:pos="9972"/>
        </w:tabs>
        <w:rPr>
          <w:rFonts w:ascii="Times New Roman" w:eastAsiaTheme="majorEastAsia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075B23">
        <w:rPr>
          <w:rFonts w:ascii="Times New Roman" w:hAnsi="Times New Roman" w:cs="Times New Roman"/>
          <w:sz w:val="24"/>
          <w:szCs w:val="24"/>
          <w:lang w:val="lt-LT"/>
        </w:rPr>
        <w:tab/>
      </w:r>
    </w:p>
    <w:p w14:paraId="020D549E" w14:textId="5D2B984B" w:rsidR="00B22B50" w:rsidRPr="00B22B50" w:rsidRDefault="00DE256C" w:rsidP="42600AA7">
      <w:pPr>
        <w:pStyle w:val="Antrat1"/>
        <w:rPr>
          <w:rFonts w:ascii="Times New Roman" w:hAnsi="Times New Roman" w:cs="Times New Roman"/>
        </w:rPr>
      </w:pPr>
      <w:r w:rsidRPr="42600AA7">
        <w:rPr>
          <w:rFonts w:ascii="Times New Roman" w:hAnsi="Times New Roman" w:cs="Times New Roman"/>
        </w:rPr>
        <w:lastRenderedPageBreak/>
        <w:t>Bandymo rezultatai</w:t>
      </w:r>
    </w:p>
    <w:tbl>
      <w:tblPr>
        <w:tblStyle w:val="Lentelstinklelisviesus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3969"/>
        <w:gridCol w:w="1227"/>
        <w:gridCol w:w="1227"/>
        <w:gridCol w:w="960"/>
        <w:gridCol w:w="2117"/>
      </w:tblGrid>
      <w:tr w:rsidR="00A0002C" w:rsidRPr="00B53211" w14:paraId="323CA2A2" w14:textId="77777777" w:rsidTr="004824A7">
        <w:trPr>
          <w:tblHeader/>
          <w:jc w:val="center"/>
        </w:trPr>
        <w:tc>
          <w:tcPr>
            <w:tcW w:w="4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001325" w14:textId="77777777" w:rsidR="00A0002C" w:rsidRPr="00B53211" w:rsidRDefault="00DE256C" w:rsidP="009F3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EB404B" w14:textId="77777777" w:rsidR="00A0002C" w:rsidRPr="00B53211" w:rsidRDefault="00DE256C" w:rsidP="009F3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Tikrinamas veiksmas</w:t>
            </w:r>
          </w:p>
        </w:tc>
        <w:tc>
          <w:tcPr>
            <w:tcW w:w="12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0E4C85" w14:textId="77777777" w:rsidR="00A0002C" w:rsidRPr="00B53211" w:rsidRDefault="00DE256C" w:rsidP="009F3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Pradžios laikas</w:t>
            </w:r>
          </w:p>
        </w:tc>
        <w:tc>
          <w:tcPr>
            <w:tcW w:w="12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A6AE7" w14:textId="77777777" w:rsidR="00A0002C" w:rsidRPr="00B53211" w:rsidRDefault="00DE256C" w:rsidP="009F3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Pabaigos laikas</w:t>
            </w:r>
          </w:p>
        </w:tc>
        <w:tc>
          <w:tcPr>
            <w:tcW w:w="9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03D890" w14:textId="77777777" w:rsidR="00A0002C" w:rsidRPr="00B53211" w:rsidRDefault="00DE256C" w:rsidP="009F3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Trukmė</w:t>
            </w:r>
          </w:p>
        </w:tc>
        <w:tc>
          <w:tcPr>
            <w:tcW w:w="21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97F270" w14:textId="77777777" w:rsidR="00A0002C" w:rsidRPr="00B53211" w:rsidRDefault="00DE256C" w:rsidP="009F3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Rezultatas</w:t>
            </w:r>
          </w:p>
        </w:tc>
      </w:tr>
      <w:tr w:rsidR="00A0002C" w:rsidRPr="00B53211" w14:paraId="7FFF221A" w14:textId="77777777" w:rsidTr="004824A7">
        <w:trPr>
          <w:jc w:val="center"/>
        </w:trPr>
        <w:tc>
          <w:tcPr>
            <w:tcW w:w="4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7E2B6" w14:textId="2BE9F1D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4824A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01535C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Aktyvuotas pagrindinis patekimo būdas</w:t>
            </w:r>
          </w:p>
        </w:tc>
        <w:tc>
          <w:tcPr>
            <w:tcW w:w="12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E7B1D5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____:____</w:t>
            </w:r>
          </w:p>
        </w:tc>
        <w:tc>
          <w:tcPr>
            <w:tcW w:w="12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9E282C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____:____</w:t>
            </w:r>
          </w:p>
        </w:tc>
        <w:tc>
          <w:tcPr>
            <w:tcW w:w="9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77FA20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______</w:t>
            </w:r>
          </w:p>
        </w:tc>
        <w:tc>
          <w:tcPr>
            <w:tcW w:w="21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C364CF" w14:textId="79B16CF1" w:rsidR="00A0002C" w:rsidRPr="00B53211" w:rsidRDefault="00000000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-66277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Tinkamas</w:t>
            </w:r>
            <w:r w:rsidR="00546ED3" w:rsidRPr="00B53211">
              <w:rPr>
                <w:lang w:val="lt-LT"/>
              </w:rPr>
              <w:br/>
            </w: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-13124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1CA2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Netinkamas</w:t>
            </w:r>
            <w:r w:rsidR="00546ED3" w:rsidRPr="00B53211">
              <w:rPr>
                <w:lang w:val="lt-LT"/>
              </w:rPr>
              <w:br/>
            </w: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7998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Netaikoma</w:t>
            </w:r>
          </w:p>
        </w:tc>
      </w:tr>
      <w:tr w:rsidR="00A0002C" w:rsidRPr="00B53211" w14:paraId="7C69A1F8" w14:textId="77777777" w:rsidTr="004824A7">
        <w:trPr>
          <w:jc w:val="center"/>
        </w:trPr>
        <w:tc>
          <w:tcPr>
            <w:tcW w:w="4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CC3587" w14:textId="48EF7DFA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4824A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2E8670" w14:textId="77777777" w:rsidR="00A0002C" w:rsidRPr="00B53211" w:rsidRDefault="00DE256C" w:rsidP="44A923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Atrakintos / atvertos visos patekimo maršruto durys, vartai, pertvaros ir kitos kliūtys</w:t>
            </w:r>
          </w:p>
        </w:tc>
        <w:tc>
          <w:tcPr>
            <w:tcW w:w="12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E83D0B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____:____</w:t>
            </w:r>
          </w:p>
        </w:tc>
        <w:tc>
          <w:tcPr>
            <w:tcW w:w="12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7ABE57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____:____</w:t>
            </w:r>
          </w:p>
        </w:tc>
        <w:tc>
          <w:tcPr>
            <w:tcW w:w="9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E4E64D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______</w:t>
            </w:r>
          </w:p>
        </w:tc>
        <w:tc>
          <w:tcPr>
            <w:tcW w:w="21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63D184" w14:textId="54BB3E53" w:rsidR="00A0002C" w:rsidRPr="00B53211" w:rsidRDefault="00000000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-135217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Tinkamas</w:t>
            </w:r>
            <w:r w:rsidR="00546ED3" w:rsidRPr="00B53211">
              <w:rPr>
                <w:lang w:val="lt-LT"/>
              </w:rPr>
              <w:br/>
            </w: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-111860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Netinkamas</w:t>
            </w:r>
            <w:r w:rsidR="00546ED3" w:rsidRPr="00B53211">
              <w:rPr>
                <w:lang w:val="lt-LT"/>
              </w:rPr>
              <w:br/>
            </w: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109251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Netaikoma</w:t>
            </w:r>
          </w:p>
        </w:tc>
      </w:tr>
      <w:tr w:rsidR="00A0002C" w:rsidRPr="00B53211" w14:paraId="3146B26D" w14:textId="77777777" w:rsidTr="004824A7">
        <w:trPr>
          <w:jc w:val="center"/>
        </w:trPr>
        <w:tc>
          <w:tcPr>
            <w:tcW w:w="4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77B24F" w14:textId="26C0B47E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="004824A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006D6C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Faktiškai patekta į priedangą</w:t>
            </w:r>
          </w:p>
        </w:tc>
        <w:tc>
          <w:tcPr>
            <w:tcW w:w="12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72914A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____:____</w:t>
            </w:r>
          </w:p>
        </w:tc>
        <w:tc>
          <w:tcPr>
            <w:tcW w:w="12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3CA18A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____:____</w:t>
            </w:r>
          </w:p>
        </w:tc>
        <w:tc>
          <w:tcPr>
            <w:tcW w:w="9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0E2D4A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______</w:t>
            </w:r>
          </w:p>
        </w:tc>
        <w:tc>
          <w:tcPr>
            <w:tcW w:w="21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EC10A1" w14:textId="3DA87B62" w:rsidR="00A0002C" w:rsidRPr="00B53211" w:rsidRDefault="00000000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-6797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Tinkamas</w:t>
            </w:r>
            <w:r w:rsidR="00546ED3" w:rsidRPr="00B53211">
              <w:rPr>
                <w:lang w:val="lt-LT"/>
              </w:rPr>
              <w:br/>
            </w: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-118674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Netinkamas</w:t>
            </w:r>
            <w:r w:rsidR="00546ED3" w:rsidRPr="00B53211">
              <w:rPr>
                <w:lang w:val="lt-LT"/>
              </w:rPr>
              <w:br/>
            </w: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22118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Netaikoma</w:t>
            </w:r>
          </w:p>
        </w:tc>
      </w:tr>
      <w:tr w:rsidR="00A0002C" w:rsidRPr="00B53211" w14:paraId="4F2EAEF6" w14:textId="77777777" w:rsidTr="004824A7">
        <w:trPr>
          <w:jc w:val="center"/>
        </w:trPr>
        <w:tc>
          <w:tcPr>
            <w:tcW w:w="4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37D372" w14:textId="49D902FD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="004824A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B779B4" w14:textId="77777777" w:rsidR="00A0002C" w:rsidRPr="00B53211" w:rsidRDefault="00DE256C" w:rsidP="44A923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Patikrintas atsarginis patekimo būdas, imituojant pagrindinio sprendinio sutrikimą</w:t>
            </w:r>
          </w:p>
        </w:tc>
        <w:tc>
          <w:tcPr>
            <w:tcW w:w="12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C4DE90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____:____</w:t>
            </w:r>
          </w:p>
        </w:tc>
        <w:tc>
          <w:tcPr>
            <w:tcW w:w="12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9AF906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____:____</w:t>
            </w:r>
          </w:p>
        </w:tc>
        <w:tc>
          <w:tcPr>
            <w:tcW w:w="9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505CA9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______</w:t>
            </w:r>
          </w:p>
        </w:tc>
        <w:tc>
          <w:tcPr>
            <w:tcW w:w="21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FF6E13" w14:textId="3BC6331C" w:rsidR="00A0002C" w:rsidRPr="00B53211" w:rsidRDefault="00000000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-85264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Tinkamas</w:t>
            </w:r>
            <w:r w:rsidR="00546ED3" w:rsidRPr="00B53211">
              <w:rPr>
                <w:lang w:val="lt-LT"/>
              </w:rPr>
              <w:br/>
            </w: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392853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Netinkamas</w:t>
            </w:r>
            <w:r w:rsidR="00546ED3" w:rsidRPr="00B53211">
              <w:rPr>
                <w:lang w:val="lt-LT"/>
              </w:rPr>
              <w:br/>
            </w: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42979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Netaikoma</w:t>
            </w:r>
          </w:p>
        </w:tc>
      </w:tr>
      <w:tr w:rsidR="00A0002C" w:rsidRPr="00B53211" w14:paraId="61EE977A" w14:textId="77777777" w:rsidTr="004824A7">
        <w:trPr>
          <w:jc w:val="center"/>
        </w:trPr>
        <w:tc>
          <w:tcPr>
            <w:tcW w:w="4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FAE7F6" w14:textId="25548D1D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="004824A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A1A4FA" w14:textId="77777777" w:rsidR="00A0002C" w:rsidRPr="00B53211" w:rsidRDefault="00DE256C" w:rsidP="44A923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Patikrintas įvykių registravimas, jeigu techniškai taikoma</w:t>
            </w:r>
          </w:p>
        </w:tc>
        <w:tc>
          <w:tcPr>
            <w:tcW w:w="12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42F824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____:____</w:t>
            </w:r>
          </w:p>
        </w:tc>
        <w:tc>
          <w:tcPr>
            <w:tcW w:w="12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365770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____:____</w:t>
            </w:r>
          </w:p>
        </w:tc>
        <w:tc>
          <w:tcPr>
            <w:tcW w:w="9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C56623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______</w:t>
            </w:r>
          </w:p>
        </w:tc>
        <w:tc>
          <w:tcPr>
            <w:tcW w:w="21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EC2FB2" w14:textId="5F936829" w:rsidR="00A0002C" w:rsidRPr="00B53211" w:rsidRDefault="00000000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86671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Tinkamas</w:t>
            </w:r>
            <w:r w:rsidR="00546ED3" w:rsidRPr="00B53211">
              <w:rPr>
                <w:lang w:val="lt-LT"/>
              </w:rPr>
              <w:br/>
            </w: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12913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Netinkamas</w:t>
            </w:r>
            <w:r w:rsidR="00546ED3" w:rsidRPr="00B53211">
              <w:rPr>
                <w:lang w:val="lt-LT"/>
              </w:rPr>
              <w:br/>
            </w: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126512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Netaikoma</w:t>
            </w:r>
          </w:p>
        </w:tc>
      </w:tr>
      <w:tr w:rsidR="00A0002C" w:rsidRPr="00B53211" w14:paraId="02BA5711" w14:textId="77777777" w:rsidTr="004824A7">
        <w:trPr>
          <w:jc w:val="center"/>
        </w:trPr>
        <w:tc>
          <w:tcPr>
            <w:tcW w:w="4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361F08" w14:textId="37B645E9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="004824A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51251C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Patikrinta patekimo maršruto būklė ir ženklinimas</w:t>
            </w:r>
          </w:p>
        </w:tc>
        <w:tc>
          <w:tcPr>
            <w:tcW w:w="12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098DA5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____:____</w:t>
            </w:r>
          </w:p>
        </w:tc>
        <w:tc>
          <w:tcPr>
            <w:tcW w:w="12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8BD10D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____:____</w:t>
            </w:r>
          </w:p>
        </w:tc>
        <w:tc>
          <w:tcPr>
            <w:tcW w:w="9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DFBEF5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______</w:t>
            </w:r>
          </w:p>
        </w:tc>
        <w:tc>
          <w:tcPr>
            <w:tcW w:w="21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AD91AD" w14:textId="236E9F85" w:rsidR="00A0002C" w:rsidRPr="00B53211" w:rsidRDefault="00000000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-76676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Tinkamas</w:t>
            </w:r>
            <w:r w:rsidR="00546ED3" w:rsidRPr="00B53211">
              <w:rPr>
                <w:lang w:val="lt-LT"/>
              </w:rPr>
              <w:br/>
            </w: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-192918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Netinkamas</w:t>
            </w:r>
            <w:r w:rsidR="00546ED3" w:rsidRPr="00B53211">
              <w:rPr>
                <w:lang w:val="lt-LT"/>
              </w:rPr>
              <w:br/>
            </w: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79827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Netaikoma</w:t>
            </w:r>
          </w:p>
        </w:tc>
      </w:tr>
    </w:tbl>
    <w:p w14:paraId="485F6A71" w14:textId="77777777" w:rsidR="00B53211" w:rsidRDefault="00B53211" w:rsidP="009F386B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41AAEA03" w14:textId="689572BB" w:rsidR="00A0002C" w:rsidRPr="00B53211" w:rsidRDefault="00DE256C" w:rsidP="009F386B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53211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Bendra patekimo trukmė nuo perspėjimo / nurodymo gavimo: </w:t>
      </w:r>
      <w:r w:rsidRPr="00B53211">
        <w:rPr>
          <w:rFonts w:ascii="Times New Roman" w:hAnsi="Times New Roman" w:cs="Times New Roman"/>
          <w:sz w:val="24"/>
          <w:szCs w:val="24"/>
          <w:lang w:val="lt-LT"/>
        </w:rPr>
        <w:t>________ min. ________ sek.</w:t>
      </w:r>
    </w:p>
    <w:p w14:paraId="54E04FD4" w14:textId="49084761" w:rsidR="00A0002C" w:rsidRPr="00B53211" w:rsidRDefault="00DE256C" w:rsidP="009F386B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53211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5 minučių reikalavimas: </w:t>
      </w: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-1400979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ED3" w:rsidRPr="00B53211">
            <w:rPr>
              <w:rFonts w:ascii="MS Gothic" w:eastAsia="MS Gothic" w:hAnsi="MS Gothic" w:cs="Times New Roman"/>
              <w:sz w:val="24"/>
              <w:szCs w:val="24"/>
              <w:lang w:val="lt-LT"/>
            </w:rPr>
            <w:t>☐</w:t>
          </w:r>
        </w:sdtContent>
      </w:sdt>
      <w:r w:rsidRPr="00B53211">
        <w:rPr>
          <w:rFonts w:ascii="Times New Roman" w:hAnsi="Times New Roman" w:cs="Times New Roman"/>
          <w:sz w:val="24"/>
          <w:szCs w:val="24"/>
          <w:lang w:val="lt-LT"/>
        </w:rPr>
        <w:t xml:space="preserve"> įvykdytas   </w:t>
      </w: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1184633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ED3" w:rsidRPr="00B53211">
            <w:rPr>
              <w:rFonts w:ascii="MS Gothic" w:eastAsia="MS Gothic" w:hAnsi="MS Gothic" w:cs="Times New Roman"/>
              <w:sz w:val="24"/>
              <w:szCs w:val="24"/>
              <w:lang w:val="lt-LT"/>
            </w:rPr>
            <w:t>☐</w:t>
          </w:r>
        </w:sdtContent>
      </w:sdt>
      <w:r w:rsidRPr="00B53211">
        <w:rPr>
          <w:rFonts w:ascii="Times New Roman" w:hAnsi="Times New Roman" w:cs="Times New Roman"/>
          <w:sz w:val="24"/>
          <w:szCs w:val="24"/>
          <w:lang w:val="lt-LT"/>
        </w:rPr>
        <w:t xml:space="preserve"> neįvykdytas</w:t>
      </w:r>
    </w:p>
    <w:p w14:paraId="6D77162A" w14:textId="2702C1FE" w:rsidR="00B22B50" w:rsidRPr="00B22B50" w:rsidRDefault="00DE256C" w:rsidP="42600AA7">
      <w:pPr>
        <w:pStyle w:val="Antrat1"/>
        <w:rPr>
          <w:rFonts w:ascii="Times New Roman" w:hAnsi="Times New Roman" w:cs="Times New Roman"/>
        </w:rPr>
      </w:pPr>
      <w:r w:rsidRPr="42600AA7">
        <w:rPr>
          <w:rFonts w:ascii="Times New Roman" w:hAnsi="Times New Roman" w:cs="Times New Roman"/>
        </w:rPr>
        <w:t>Nustatyti trūkumai ir jų šalinimas</w:t>
      </w:r>
    </w:p>
    <w:tbl>
      <w:tblPr>
        <w:tblStyle w:val="Lentelstinklelisviesus"/>
        <w:tblW w:w="10078" w:type="dxa"/>
        <w:jc w:val="center"/>
        <w:tblLook w:val="04A0" w:firstRow="1" w:lastRow="0" w:firstColumn="1" w:lastColumn="0" w:noHBand="0" w:noVBand="1"/>
      </w:tblPr>
      <w:tblGrid>
        <w:gridCol w:w="846"/>
        <w:gridCol w:w="4649"/>
        <w:gridCol w:w="2381"/>
        <w:gridCol w:w="2184"/>
        <w:gridCol w:w="18"/>
      </w:tblGrid>
      <w:tr w:rsidR="00A0002C" w:rsidRPr="00B53211" w14:paraId="771D5B9E" w14:textId="77777777" w:rsidTr="008E3D5E">
        <w:trPr>
          <w:gridAfter w:val="1"/>
          <w:wAfter w:w="18" w:type="dxa"/>
          <w:tblHeader/>
          <w:jc w:val="center"/>
        </w:trPr>
        <w:tc>
          <w:tcPr>
            <w:tcW w:w="8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89AABA" w14:textId="77777777" w:rsidR="00A0002C" w:rsidRPr="00B53211" w:rsidRDefault="00DE256C" w:rsidP="009F3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67751D" w14:textId="77777777" w:rsidR="00A0002C" w:rsidRPr="00B53211" w:rsidRDefault="00DE256C" w:rsidP="009F3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Nustatytas trūkumas</w:t>
            </w:r>
          </w:p>
        </w:tc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04C7AF" w14:textId="77777777" w:rsidR="00A0002C" w:rsidRPr="00B53211" w:rsidRDefault="00DE256C" w:rsidP="009F3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Atsakingas asmuo</w:t>
            </w:r>
          </w:p>
        </w:tc>
        <w:tc>
          <w:tcPr>
            <w:tcW w:w="2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6D3881" w14:textId="77777777" w:rsidR="00A0002C" w:rsidRPr="00B53211" w:rsidRDefault="00DE256C" w:rsidP="009F3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Pašalinimo terminas</w:t>
            </w:r>
          </w:p>
        </w:tc>
      </w:tr>
      <w:tr w:rsidR="00A0002C" w:rsidRPr="00B53211" w14:paraId="7A97A262" w14:textId="77777777" w:rsidTr="008E3D5E">
        <w:trPr>
          <w:jc w:val="center"/>
        </w:trPr>
        <w:tc>
          <w:tcPr>
            <w:tcW w:w="8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50A36D" w14:textId="1AFBD728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A366F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9A5D24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F43865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02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246084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0002C" w:rsidRPr="00B53211" w14:paraId="6AFA3271" w14:textId="77777777" w:rsidTr="008E3D5E">
        <w:trPr>
          <w:jc w:val="center"/>
        </w:trPr>
        <w:tc>
          <w:tcPr>
            <w:tcW w:w="8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3D822A" w14:textId="5BBE705B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A366F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B742C7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8984A4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02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B251D6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0002C" w:rsidRPr="00B53211" w14:paraId="5A6CABD8" w14:textId="77777777" w:rsidTr="008E3D5E">
        <w:trPr>
          <w:jc w:val="center"/>
        </w:trPr>
        <w:tc>
          <w:tcPr>
            <w:tcW w:w="8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6DFFA1" w14:textId="33E92DF3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="00A366F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F49096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5BC72C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02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F4C66A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0FD4D4C8" w14:textId="118A6508" w:rsidR="00B22B50" w:rsidRPr="00B22B50" w:rsidRDefault="00DE256C" w:rsidP="42600AA7">
      <w:pPr>
        <w:pStyle w:val="Antrat1"/>
        <w:rPr>
          <w:rFonts w:ascii="Times New Roman" w:hAnsi="Times New Roman" w:cs="Times New Roman"/>
        </w:rPr>
      </w:pPr>
      <w:r w:rsidRPr="42600AA7">
        <w:rPr>
          <w:rFonts w:ascii="Times New Roman" w:hAnsi="Times New Roman" w:cs="Times New Roman"/>
        </w:rPr>
        <w:lastRenderedPageBreak/>
        <w:t>Išvada</w:t>
      </w:r>
    </w:p>
    <w:tbl>
      <w:tblPr>
        <w:tblStyle w:val="Lentelstinklelisviesus"/>
        <w:tblW w:w="9912" w:type="dxa"/>
        <w:jc w:val="center"/>
        <w:tblLook w:val="04A0" w:firstRow="1" w:lastRow="0" w:firstColumn="1" w:lastColumn="0" w:noHBand="0" w:noVBand="1"/>
      </w:tblPr>
      <w:tblGrid>
        <w:gridCol w:w="2956"/>
        <w:gridCol w:w="6956"/>
      </w:tblGrid>
      <w:tr w:rsidR="00A0002C" w:rsidRPr="00B53211" w14:paraId="7FC603BD" w14:textId="77777777" w:rsidTr="004824A7">
        <w:trPr>
          <w:jc w:val="center"/>
        </w:trPr>
        <w:tc>
          <w:tcPr>
            <w:tcW w:w="29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D14792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Bandymo išvada</w:t>
            </w:r>
          </w:p>
        </w:tc>
        <w:tc>
          <w:tcPr>
            <w:tcW w:w="69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F8E1AA" w14:textId="38D3E730" w:rsidR="009F386B" w:rsidRPr="00B53211" w:rsidRDefault="00000000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157947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sprendinys veikia tinkamai</w:t>
            </w:r>
          </w:p>
          <w:p w14:paraId="141138D3" w14:textId="037DB330" w:rsidR="009F386B" w:rsidRPr="00B53211" w:rsidRDefault="00000000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207006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sprendinys veikia su trūkumais</w:t>
            </w:r>
          </w:p>
          <w:p w14:paraId="54B35B65" w14:textId="5BB9BF59" w:rsidR="00A0002C" w:rsidRPr="00B53211" w:rsidRDefault="00000000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16167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sprendinys neveikia tinkamai</w:t>
            </w:r>
          </w:p>
        </w:tc>
      </w:tr>
      <w:tr w:rsidR="00A0002C" w:rsidRPr="0062343C" w14:paraId="5698FC79" w14:textId="77777777" w:rsidTr="004824A7">
        <w:trPr>
          <w:jc w:val="center"/>
        </w:trPr>
        <w:tc>
          <w:tcPr>
            <w:tcW w:w="29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8A5687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Pakartotinis bandymas</w:t>
            </w:r>
          </w:p>
        </w:tc>
        <w:tc>
          <w:tcPr>
            <w:tcW w:w="69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267666" w14:textId="6290BCBD" w:rsidR="00A0002C" w:rsidRPr="00B53211" w:rsidRDefault="00000000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lt-LT"/>
                </w:rPr>
                <w:id w:val="-183475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nereikalingas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67198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ED3" w:rsidRPr="00B53211">
                  <w:rPr>
                    <w:rFonts w:ascii="MS Gothic" w:eastAsia="MS Gothic" w:hAnsi="MS Gothic" w:cs="Times New Roman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DE256C"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reikalingas iki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66232002"/>
                <w:placeholder>
                  <w:docPart w:val="DefaultPlaceholder_-1854013437"/>
                </w:placeholder>
                <w:date>
                  <w:dateFormat w:val="yyyy 'm.' MMMM d 'd.'"/>
                  <w:lid w:val="lt-LT"/>
                  <w:storeMappedDataAs w:val="dateTime"/>
                  <w:calendar w:val="gregorian"/>
                </w:date>
              </w:sdtPr>
              <w:sdtContent>
                <w:r w:rsidR="00DE256C" w:rsidRPr="00B53211">
                  <w:rPr>
                    <w:rFonts w:ascii="Times New Roman" w:hAnsi="Times New Roman" w:cs="Times New Roman"/>
                    <w:sz w:val="24"/>
                    <w:szCs w:val="24"/>
                    <w:lang w:val="lt-LT"/>
                  </w:rPr>
                  <w:t>20___ m. _____________ d.</w:t>
                </w:r>
              </w:sdtContent>
            </w:sdt>
          </w:p>
        </w:tc>
      </w:tr>
      <w:tr w:rsidR="00A0002C" w:rsidRPr="00B53211" w14:paraId="4605AC1C" w14:textId="77777777" w:rsidTr="004824A7">
        <w:trPr>
          <w:jc w:val="center"/>
        </w:trPr>
        <w:tc>
          <w:tcPr>
            <w:tcW w:w="29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1A8A7E" w14:textId="77777777" w:rsidR="00A0002C" w:rsidRPr="00B53211" w:rsidRDefault="00DE256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Papildomos pastabos</w:t>
            </w:r>
          </w:p>
        </w:tc>
        <w:tc>
          <w:tcPr>
            <w:tcW w:w="69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FC443E" w14:textId="77777777" w:rsidR="00A0002C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033FEA21" w14:textId="42C14161" w:rsidR="00BE502D" w:rsidRPr="00B53211" w:rsidRDefault="00BE502D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70A7927" w14:textId="171D35BF" w:rsidR="00B22B50" w:rsidRPr="00B22B50" w:rsidRDefault="00DE256C" w:rsidP="42600AA7">
      <w:pPr>
        <w:pStyle w:val="Antrat1"/>
        <w:rPr>
          <w:rFonts w:ascii="Times New Roman" w:hAnsi="Times New Roman" w:cs="Times New Roman"/>
        </w:rPr>
      </w:pPr>
      <w:r w:rsidRPr="42600AA7">
        <w:rPr>
          <w:rFonts w:ascii="Times New Roman" w:hAnsi="Times New Roman" w:cs="Times New Roman"/>
        </w:rPr>
        <w:t>Parašai</w:t>
      </w:r>
    </w:p>
    <w:tbl>
      <w:tblPr>
        <w:tblStyle w:val="Lentelstinklelisviesus"/>
        <w:tblW w:w="9927" w:type="dxa"/>
        <w:jc w:val="center"/>
        <w:tblLook w:val="04A0" w:firstRow="1" w:lastRow="0" w:firstColumn="1" w:lastColumn="0" w:noHBand="0" w:noVBand="1"/>
      </w:tblPr>
      <w:tblGrid>
        <w:gridCol w:w="3784"/>
        <w:gridCol w:w="3402"/>
        <w:gridCol w:w="2741"/>
      </w:tblGrid>
      <w:tr w:rsidR="00A0002C" w:rsidRPr="00B53211" w14:paraId="5EC0A47E" w14:textId="77777777" w:rsidTr="004824A7">
        <w:trPr>
          <w:tblHeader/>
          <w:jc w:val="center"/>
        </w:trPr>
        <w:tc>
          <w:tcPr>
            <w:tcW w:w="37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BEA087" w14:textId="77777777" w:rsidR="00A0002C" w:rsidRPr="00B53211" w:rsidRDefault="00DE256C" w:rsidP="009F3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Pareigos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215DCC" w14:textId="77777777" w:rsidR="00A0002C" w:rsidRPr="00B53211" w:rsidRDefault="00DE256C" w:rsidP="009F3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Vardas, pavardė</w:t>
            </w:r>
          </w:p>
        </w:tc>
        <w:tc>
          <w:tcPr>
            <w:tcW w:w="27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180D3D" w14:textId="77777777" w:rsidR="00A0002C" w:rsidRPr="00B53211" w:rsidRDefault="00DE256C" w:rsidP="009F3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32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Parašas / data</w:t>
            </w:r>
          </w:p>
        </w:tc>
      </w:tr>
      <w:tr w:rsidR="00A0002C" w:rsidRPr="00B53211" w14:paraId="001AE98F" w14:textId="77777777" w:rsidTr="004824A7">
        <w:trPr>
          <w:jc w:val="center"/>
        </w:trPr>
        <w:tc>
          <w:tcPr>
            <w:tcW w:w="37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734C9E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4F10E2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7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476C84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0002C" w:rsidRPr="00B53211" w14:paraId="3F2C0A88" w14:textId="77777777" w:rsidTr="004824A7">
        <w:trPr>
          <w:jc w:val="center"/>
        </w:trPr>
        <w:tc>
          <w:tcPr>
            <w:tcW w:w="37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7ED21E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4F8118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7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1866C9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0002C" w:rsidRPr="00B53211" w14:paraId="1851A577" w14:textId="77777777" w:rsidTr="004824A7">
        <w:trPr>
          <w:jc w:val="center"/>
        </w:trPr>
        <w:tc>
          <w:tcPr>
            <w:tcW w:w="37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9CD142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14A03F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7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5497D6" w14:textId="77777777" w:rsidR="00A0002C" w:rsidRPr="00B53211" w:rsidRDefault="00A0002C" w:rsidP="009F386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3465EE61" w14:textId="77777777" w:rsidR="00B53211" w:rsidRPr="00B53211" w:rsidRDefault="00B53211" w:rsidP="42600AA7">
      <w:pPr>
        <w:rPr>
          <w:i/>
          <w:iCs/>
          <w:sz w:val="22"/>
          <w:lang w:val="lt-LT"/>
        </w:rPr>
      </w:pPr>
    </w:p>
    <w:p w14:paraId="13B78196" w14:textId="65A578B9" w:rsidR="00BE502D" w:rsidRPr="00576603" w:rsidRDefault="52C4C675" w:rsidP="00576603">
      <w:pPr>
        <w:ind w:firstLine="709"/>
        <w:jc w:val="both"/>
        <w:rPr>
          <w:sz w:val="24"/>
          <w:szCs w:val="24"/>
          <w:lang w:val="lt-LT"/>
        </w:rPr>
      </w:pPr>
      <w:r w:rsidRPr="00576603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Pastaba. </w:t>
      </w:r>
      <w:r w:rsidRPr="00576603">
        <w:rPr>
          <w:rFonts w:ascii="Times New Roman" w:hAnsi="Times New Roman" w:cs="Times New Roman"/>
          <w:sz w:val="24"/>
          <w:szCs w:val="24"/>
          <w:lang w:val="lt-LT"/>
        </w:rPr>
        <w:t>Prie protokolo, kai taikoma, pridedamos bandymo metu padarytos nuotraukos, sistemos įvykių išrašas ar kiti bandymą pagrindžiantys dokumenta</w:t>
      </w:r>
      <w:r w:rsidR="79859844" w:rsidRPr="00576603">
        <w:rPr>
          <w:rFonts w:ascii="Times New Roman" w:hAnsi="Times New Roman" w:cs="Times New Roman"/>
          <w:sz w:val="24"/>
          <w:szCs w:val="24"/>
          <w:lang w:val="lt-LT"/>
        </w:rPr>
        <w:t>i</w:t>
      </w:r>
      <w:r w:rsidR="58C30601" w:rsidRPr="00576603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37861C0C" w14:textId="77777777" w:rsidR="0062343C" w:rsidRDefault="0062343C" w:rsidP="0062343C">
      <w:pPr>
        <w:rPr>
          <w:lang w:val="lt-LT"/>
        </w:rPr>
      </w:pPr>
    </w:p>
    <w:p w14:paraId="2021804B" w14:textId="23E7EBA7" w:rsidR="0062343C" w:rsidRPr="00576603" w:rsidRDefault="0062343C" w:rsidP="00576603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_________________________</w:t>
      </w:r>
    </w:p>
    <w:sectPr w:rsidR="0062343C" w:rsidRPr="00576603" w:rsidSect="00576603">
      <w:headerReference w:type="default" r:id="rId11"/>
      <w:pgSz w:w="12240" w:h="15840"/>
      <w:pgMar w:top="907" w:right="1020" w:bottom="907" w:left="10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231CA" w14:textId="77777777" w:rsidR="00531AD9" w:rsidRDefault="00531AD9">
      <w:pPr>
        <w:spacing w:after="0" w:line="240" w:lineRule="auto"/>
      </w:pPr>
      <w:r>
        <w:separator/>
      </w:r>
    </w:p>
  </w:endnote>
  <w:endnote w:type="continuationSeparator" w:id="0">
    <w:p w14:paraId="571ECDA9" w14:textId="77777777" w:rsidR="00531AD9" w:rsidRDefault="00531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4C5E8" w14:textId="77777777" w:rsidR="00531AD9" w:rsidRDefault="00531AD9">
      <w:pPr>
        <w:spacing w:after="0" w:line="240" w:lineRule="auto"/>
      </w:pPr>
      <w:r>
        <w:separator/>
      </w:r>
    </w:p>
  </w:footnote>
  <w:footnote w:type="continuationSeparator" w:id="0">
    <w:p w14:paraId="51EDA6E7" w14:textId="77777777" w:rsidR="00531AD9" w:rsidRDefault="00531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868414"/>
      <w:docPartObj>
        <w:docPartGallery w:val="Page Numbers (Top of Page)"/>
        <w:docPartUnique/>
      </w:docPartObj>
    </w:sdtPr>
    <w:sdtContent>
      <w:p w14:paraId="040C4090" w14:textId="0DF044EF" w:rsidR="0062343C" w:rsidRDefault="0062343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40746D0F" w14:textId="0570476F" w:rsidR="0D4539E3" w:rsidRDefault="0D4539E3" w:rsidP="0D4539E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F747927"/>
    <w:multiLevelType w:val="hybridMultilevel"/>
    <w:tmpl w:val="65F4A3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413B1"/>
    <w:multiLevelType w:val="hybridMultilevel"/>
    <w:tmpl w:val="215E5F74"/>
    <w:lvl w:ilvl="0" w:tplc="942AAFCE">
      <w:start w:val="1"/>
      <w:numFmt w:val="decimal"/>
      <w:pStyle w:val="Antrat1"/>
      <w:lvlText w:val="%1."/>
      <w:lvlJc w:val="left"/>
      <w:pPr>
        <w:ind w:left="360" w:hanging="360"/>
      </w:pPr>
    </w:lvl>
    <w:lvl w:ilvl="1" w:tplc="1AEEA62A" w:tentative="1">
      <w:start w:val="1"/>
      <w:numFmt w:val="lowerLetter"/>
      <w:lvlText w:val="%2."/>
      <w:lvlJc w:val="left"/>
      <w:pPr>
        <w:ind w:left="1080" w:hanging="360"/>
      </w:pPr>
    </w:lvl>
    <w:lvl w:ilvl="2" w:tplc="2A0C5390" w:tentative="1">
      <w:start w:val="1"/>
      <w:numFmt w:val="lowerRoman"/>
      <w:lvlText w:val="%3."/>
      <w:lvlJc w:val="right"/>
      <w:pPr>
        <w:ind w:left="1800" w:hanging="180"/>
      </w:pPr>
    </w:lvl>
    <w:lvl w:ilvl="3" w:tplc="418AB7CE" w:tentative="1">
      <w:start w:val="1"/>
      <w:numFmt w:val="decimal"/>
      <w:lvlText w:val="%4."/>
      <w:lvlJc w:val="left"/>
      <w:pPr>
        <w:ind w:left="2520" w:hanging="360"/>
      </w:pPr>
    </w:lvl>
    <w:lvl w:ilvl="4" w:tplc="FF58580A" w:tentative="1">
      <w:start w:val="1"/>
      <w:numFmt w:val="lowerLetter"/>
      <w:lvlText w:val="%5."/>
      <w:lvlJc w:val="left"/>
      <w:pPr>
        <w:ind w:left="3240" w:hanging="360"/>
      </w:pPr>
    </w:lvl>
    <w:lvl w:ilvl="5" w:tplc="E8A82BC8" w:tentative="1">
      <w:start w:val="1"/>
      <w:numFmt w:val="lowerRoman"/>
      <w:lvlText w:val="%6."/>
      <w:lvlJc w:val="right"/>
      <w:pPr>
        <w:ind w:left="3960" w:hanging="180"/>
      </w:pPr>
    </w:lvl>
    <w:lvl w:ilvl="6" w:tplc="F50A347E" w:tentative="1">
      <w:start w:val="1"/>
      <w:numFmt w:val="decimal"/>
      <w:lvlText w:val="%7."/>
      <w:lvlJc w:val="left"/>
      <w:pPr>
        <w:ind w:left="4680" w:hanging="360"/>
      </w:pPr>
    </w:lvl>
    <w:lvl w:ilvl="7" w:tplc="20A60812" w:tentative="1">
      <w:start w:val="1"/>
      <w:numFmt w:val="lowerLetter"/>
      <w:lvlText w:val="%8."/>
      <w:lvlJc w:val="left"/>
      <w:pPr>
        <w:ind w:left="5400" w:hanging="360"/>
      </w:pPr>
    </w:lvl>
    <w:lvl w:ilvl="8" w:tplc="1E92091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4869542">
    <w:abstractNumId w:val="6"/>
  </w:num>
  <w:num w:numId="2" w16cid:durableId="2062703393">
    <w:abstractNumId w:val="3"/>
  </w:num>
  <w:num w:numId="3" w16cid:durableId="2108118009">
    <w:abstractNumId w:val="7"/>
  </w:num>
  <w:num w:numId="4" w16cid:durableId="359816834">
    <w:abstractNumId w:val="2"/>
  </w:num>
  <w:num w:numId="5" w16cid:durableId="439951738">
    <w:abstractNumId w:val="1"/>
  </w:num>
  <w:num w:numId="6" w16cid:durableId="634026495">
    <w:abstractNumId w:val="5"/>
  </w:num>
  <w:num w:numId="7" w16cid:durableId="770972419">
    <w:abstractNumId w:val="4"/>
  </w:num>
  <w:num w:numId="8" w16cid:durableId="920410844">
    <w:abstractNumId w:val="8"/>
  </w:num>
  <w:num w:numId="9" w16cid:durableId="920524840">
    <w:abstractNumId w:val="0"/>
  </w:num>
  <w:num w:numId="10" w16cid:durableId="404887003">
    <w:abstractNumId w:val="9"/>
  </w:num>
  <w:num w:numId="11" w16cid:durableId="11839312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0C7"/>
    <w:rsid w:val="00034616"/>
    <w:rsid w:val="0006063C"/>
    <w:rsid w:val="00075B23"/>
    <w:rsid w:val="00077EF5"/>
    <w:rsid w:val="000A12D5"/>
    <w:rsid w:val="000D1EC1"/>
    <w:rsid w:val="000E7BE9"/>
    <w:rsid w:val="00135BC0"/>
    <w:rsid w:val="0015074B"/>
    <w:rsid w:val="001B48F0"/>
    <w:rsid w:val="0029639D"/>
    <w:rsid w:val="002B1B8B"/>
    <w:rsid w:val="003020AE"/>
    <w:rsid w:val="00305C32"/>
    <w:rsid w:val="00326F90"/>
    <w:rsid w:val="003664AA"/>
    <w:rsid w:val="003906C4"/>
    <w:rsid w:val="003D3959"/>
    <w:rsid w:val="00430FD8"/>
    <w:rsid w:val="00441DCB"/>
    <w:rsid w:val="00442275"/>
    <w:rsid w:val="00457D5C"/>
    <w:rsid w:val="00465A85"/>
    <w:rsid w:val="004824A7"/>
    <w:rsid w:val="004B5230"/>
    <w:rsid w:val="004E0E36"/>
    <w:rsid w:val="00531AD9"/>
    <w:rsid w:val="00546ED3"/>
    <w:rsid w:val="005504D0"/>
    <w:rsid w:val="0057150A"/>
    <w:rsid w:val="00576603"/>
    <w:rsid w:val="00582DED"/>
    <w:rsid w:val="005900D9"/>
    <w:rsid w:val="00594C8A"/>
    <w:rsid w:val="005D5392"/>
    <w:rsid w:val="005D6C35"/>
    <w:rsid w:val="005F7B7C"/>
    <w:rsid w:val="006069C4"/>
    <w:rsid w:val="0062343C"/>
    <w:rsid w:val="00630305"/>
    <w:rsid w:val="00645D1E"/>
    <w:rsid w:val="006A5622"/>
    <w:rsid w:val="006E60A8"/>
    <w:rsid w:val="00703D79"/>
    <w:rsid w:val="00730261"/>
    <w:rsid w:val="0073183C"/>
    <w:rsid w:val="007614E0"/>
    <w:rsid w:val="00771F53"/>
    <w:rsid w:val="00784FE5"/>
    <w:rsid w:val="007A44B7"/>
    <w:rsid w:val="007B7697"/>
    <w:rsid w:val="007C3B24"/>
    <w:rsid w:val="007E5002"/>
    <w:rsid w:val="00800939"/>
    <w:rsid w:val="00800BCE"/>
    <w:rsid w:val="00815CCB"/>
    <w:rsid w:val="008233FB"/>
    <w:rsid w:val="00834FB9"/>
    <w:rsid w:val="008971BE"/>
    <w:rsid w:val="008B4BDC"/>
    <w:rsid w:val="008E3D5E"/>
    <w:rsid w:val="00922BF3"/>
    <w:rsid w:val="009504B3"/>
    <w:rsid w:val="00952465"/>
    <w:rsid w:val="009722DA"/>
    <w:rsid w:val="009B1AD4"/>
    <w:rsid w:val="009C5EB9"/>
    <w:rsid w:val="009D0D9C"/>
    <w:rsid w:val="009D3855"/>
    <w:rsid w:val="009F386B"/>
    <w:rsid w:val="00A0002C"/>
    <w:rsid w:val="00A15398"/>
    <w:rsid w:val="00A20FD1"/>
    <w:rsid w:val="00A366F5"/>
    <w:rsid w:val="00A94040"/>
    <w:rsid w:val="00A95FD3"/>
    <w:rsid w:val="00AA0CDB"/>
    <w:rsid w:val="00AA1D8D"/>
    <w:rsid w:val="00AD709F"/>
    <w:rsid w:val="00AE68D8"/>
    <w:rsid w:val="00B00C4D"/>
    <w:rsid w:val="00B22B50"/>
    <w:rsid w:val="00B43635"/>
    <w:rsid w:val="00B47730"/>
    <w:rsid w:val="00B53211"/>
    <w:rsid w:val="00B55CCC"/>
    <w:rsid w:val="00B95297"/>
    <w:rsid w:val="00BE502D"/>
    <w:rsid w:val="00C06105"/>
    <w:rsid w:val="00C0619A"/>
    <w:rsid w:val="00C26469"/>
    <w:rsid w:val="00C27E21"/>
    <w:rsid w:val="00C65427"/>
    <w:rsid w:val="00CA6979"/>
    <w:rsid w:val="00CB0664"/>
    <w:rsid w:val="00CC5824"/>
    <w:rsid w:val="00D01A63"/>
    <w:rsid w:val="00D258B9"/>
    <w:rsid w:val="00D824F3"/>
    <w:rsid w:val="00D84DC1"/>
    <w:rsid w:val="00D91CA2"/>
    <w:rsid w:val="00DB1A9D"/>
    <w:rsid w:val="00DD1F9A"/>
    <w:rsid w:val="00DE256C"/>
    <w:rsid w:val="00DF2DE1"/>
    <w:rsid w:val="00E4034C"/>
    <w:rsid w:val="00E57AC1"/>
    <w:rsid w:val="00E64C68"/>
    <w:rsid w:val="00EA5706"/>
    <w:rsid w:val="00F20710"/>
    <w:rsid w:val="00F41FA4"/>
    <w:rsid w:val="00FA2E04"/>
    <w:rsid w:val="00FB7B17"/>
    <w:rsid w:val="00FC693F"/>
    <w:rsid w:val="07AFD051"/>
    <w:rsid w:val="08CCC9AC"/>
    <w:rsid w:val="08F1E45C"/>
    <w:rsid w:val="0C012913"/>
    <w:rsid w:val="0D4539E3"/>
    <w:rsid w:val="10AB1919"/>
    <w:rsid w:val="13DCF063"/>
    <w:rsid w:val="35A10442"/>
    <w:rsid w:val="3BCD3D56"/>
    <w:rsid w:val="3D943496"/>
    <w:rsid w:val="42600AA7"/>
    <w:rsid w:val="44A923BE"/>
    <w:rsid w:val="4C80DCA9"/>
    <w:rsid w:val="52C4C675"/>
    <w:rsid w:val="579B5557"/>
    <w:rsid w:val="58C30601"/>
    <w:rsid w:val="5DA0A307"/>
    <w:rsid w:val="60E1059B"/>
    <w:rsid w:val="63E0311D"/>
    <w:rsid w:val="64637BCB"/>
    <w:rsid w:val="689A0566"/>
    <w:rsid w:val="6BC27CFB"/>
    <w:rsid w:val="718D57BC"/>
    <w:rsid w:val="71FEA9D2"/>
    <w:rsid w:val="73FA6DB2"/>
    <w:rsid w:val="79859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5C333A"/>
  <w14:defaultImageDpi w14:val="300"/>
  <w15:docId w15:val="{D42FB52A-DA34-4E8C-BEAF-7FBEAFC5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  <w:rPr>
      <w:rFonts w:ascii="Arial" w:eastAsia="Arial" w:hAnsi="Arial"/>
      <w:sz w:val="20"/>
    </w:rPr>
  </w:style>
  <w:style w:type="paragraph" w:styleId="Antrat1">
    <w:name w:val="heading 1"/>
    <w:basedOn w:val="prastasis"/>
    <w:next w:val="prastasis"/>
    <w:uiPriority w:val="9"/>
    <w:qFormat/>
    <w:rsid w:val="42600AA7"/>
    <w:pPr>
      <w:keepNext/>
      <w:keepLines/>
      <w:numPr>
        <w:numId w:val="11"/>
      </w:numPr>
      <w:spacing w:before="480" w:after="240"/>
      <w:outlineLvl w:val="0"/>
    </w:pPr>
    <w:rPr>
      <w:rFonts w:asciiTheme="majorHAnsi" w:eastAsiaTheme="majorEastAsia" w:hAnsiTheme="majorHAnsi" w:cstheme="majorBidi"/>
      <w:b/>
      <w:bCs/>
      <w:sz w:val="24"/>
      <w:szCs w:val="24"/>
      <w:lang w:val="lt-LT"/>
    </w:rPr>
  </w:style>
  <w:style w:type="paragraph" w:styleId="Antrat2">
    <w:name w:val="heading 2"/>
    <w:basedOn w:val="prastasis"/>
    <w:next w:val="prastasis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5597"/>
      <w:sz w:val="22"/>
      <w:szCs w:val="26"/>
    </w:rPr>
  </w:style>
  <w:style w:type="paragraph" w:styleId="Antrat3">
    <w:name w:val="heading 3"/>
    <w:basedOn w:val="prastasis"/>
    <w:next w:val="prastasis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Antrat9">
    <w:name w:val="heading 9"/>
    <w:basedOn w:val="prastasis"/>
    <w:next w:val="prastasis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8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6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2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4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42600AA7"/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ntratsDiagrama">
    <w:name w:val="Antraštės Diagrama"/>
    <w:basedOn w:val="Numatytasispastraiposriftas"/>
    <w:uiPriority w:val="99"/>
    <w:rsid w:val="002B1B8B"/>
  </w:style>
  <w:style w:type="character" w:customStyle="1" w:styleId="PoratDiagrama">
    <w:name w:val="Poraštė Diagrama"/>
    <w:basedOn w:val="Numatytasispastraiposriftas"/>
    <w:uiPriority w:val="99"/>
    <w:rsid w:val="002B1B8B"/>
  </w:style>
  <w:style w:type="character" w:customStyle="1" w:styleId="Antrat1Diagrama">
    <w:name w:val="Antraštė 1 Diagrama"/>
    <w:basedOn w:val="Numatytasispastraiposriftas"/>
    <w:uiPriority w:val="9"/>
    <w:rsid w:val="002B1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uiPriority w:val="9"/>
    <w:rsid w:val="002B1B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uiPriority w:val="9"/>
    <w:rsid w:val="002B1B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vadinimasDiagrama">
    <w:name w:val="Pavadinimas Diagrama"/>
    <w:basedOn w:val="Numatytasispastraiposriftas"/>
    <w:uiPriority w:val="10"/>
    <w:rsid w:val="002B1B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antratDiagrama">
    <w:name w:val="Paantraštė Diagrama"/>
    <w:basedOn w:val="Numatytasispastraiposriftas"/>
    <w:uiPriority w:val="11"/>
    <w:rsid w:val="002B1B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uiPriority w:val="99"/>
    <w:rsid w:val="002B1B8B"/>
  </w:style>
  <w:style w:type="character" w:customStyle="1" w:styleId="Pagrindinistekstas2Diagrama">
    <w:name w:val="Pagrindinis tekstas 2 Diagrama"/>
    <w:basedOn w:val="Numatytasispastraiposriftas"/>
    <w:uiPriority w:val="99"/>
    <w:rsid w:val="002B1B8B"/>
  </w:style>
  <w:style w:type="character" w:customStyle="1" w:styleId="Pagrindinistekstas3Diagrama">
    <w:name w:val="Pagrindinis tekstas 3 Diagrama"/>
    <w:basedOn w:val="Numatytasispastraiposriftas"/>
    <w:uiPriority w:val="99"/>
    <w:rsid w:val="002B1B8B"/>
    <w:rPr>
      <w:sz w:val="16"/>
      <w:szCs w:val="16"/>
    </w:rPr>
  </w:style>
  <w:style w:type="character" w:customStyle="1" w:styleId="MakrokomandostekstasDiagrama">
    <w:name w:val="Makrokomandos tekstas Diagrama"/>
    <w:basedOn w:val="Numatytasispastraiposriftas"/>
    <w:uiPriority w:val="99"/>
    <w:rsid w:val="002B1B8B"/>
    <w:rPr>
      <w:rFonts w:ascii="Courier" w:hAnsi="Courier"/>
      <w:sz w:val="20"/>
      <w:szCs w:val="20"/>
    </w:rPr>
  </w:style>
  <w:style w:type="character" w:customStyle="1" w:styleId="CitataDiagrama">
    <w:name w:val="Citata Diagrama"/>
    <w:basedOn w:val="Numatytasispastraiposriftas"/>
    <w:uiPriority w:val="29"/>
    <w:rsid w:val="002B1B8B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uiPriority w:val="9"/>
    <w:semiHidden/>
    <w:rsid w:val="002B1B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uiPriority w:val="9"/>
    <w:semiHidden/>
    <w:rsid w:val="002B1B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uiPriority w:val="9"/>
    <w:semiHidden/>
    <w:rsid w:val="002B1B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uiPriority w:val="9"/>
    <w:semiHidden/>
    <w:rsid w:val="002B1B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uiPriority w:val="9"/>
    <w:semiHidden/>
    <w:rsid w:val="002B1B8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uiPriority w:val="9"/>
    <w:semiHidden/>
    <w:rsid w:val="002B1B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IskirtacitataDiagrama">
    <w:name w:val="Išskirta citata Diagrama"/>
    <w:basedOn w:val="Numatytasispastraiposriftas"/>
    <w:uiPriority w:val="30"/>
    <w:rsid w:val="002B1B8B"/>
    <w:rPr>
      <w:b/>
      <w:bCs/>
      <w:i/>
      <w:iCs/>
      <w:color w:val="4F81BD" w:themeColor="accent1"/>
    </w:rPr>
  </w:style>
  <w:style w:type="table" w:styleId="Lentelstinklelisviesus">
    <w:name w:val="Grid Table Light"/>
    <w:basedOn w:val="prastojilente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ntrats">
    <w:name w:val="header"/>
    <w:basedOn w:val="prastasis"/>
    <w:link w:val="AntratsDiagrama1"/>
    <w:uiPriority w:val="99"/>
    <w:unhideWhenUsed/>
    <w:rsid w:val="00305C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1">
    <w:name w:val="Antraštės Diagrama1"/>
    <w:basedOn w:val="Numatytasispastraiposriftas"/>
    <w:link w:val="Antrats"/>
    <w:uiPriority w:val="99"/>
    <w:rsid w:val="00305C32"/>
    <w:rPr>
      <w:rFonts w:ascii="Arial" w:eastAsia="Arial" w:hAnsi="Arial"/>
      <w:sz w:val="20"/>
    </w:rPr>
  </w:style>
  <w:style w:type="paragraph" w:styleId="Porat">
    <w:name w:val="footer"/>
    <w:basedOn w:val="prastasis"/>
    <w:link w:val="PoratDiagrama1"/>
    <w:uiPriority w:val="99"/>
    <w:unhideWhenUsed/>
    <w:rsid w:val="00305C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1">
    <w:name w:val="Poraštė Diagrama1"/>
    <w:basedOn w:val="Numatytasispastraiposriftas"/>
    <w:link w:val="Porat"/>
    <w:uiPriority w:val="99"/>
    <w:rsid w:val="00305C32"/>
    <w:rPr>
      <w:rFonts w:ascii="Arial" w:eastAsia="Arial" w:hAnsi="Arial"/>
      <w:sz w:val="20"/>
    </w:rPr>
  </w:style>
  <w:style w:type="character" w:styleId="Vietosrezervavimoenklotekstas">
    <w:name w:val="Placeholder Text"/>
    <w:basedOn w:val="Numatytasispastraiposriftas"/>
    <w:uiPriority w:val="99"/>
    <w:semiHidden/>
    <w:rsid w:val="00D91CA2"/>
    <w:rPr>
      <w:color w:val="666666"/>
    </w:rPr>
  </w:style>
  <w:style w:type="paragraph" w:styleId="Pataisymai">
    <w:name w:val="Revision"/>
    <w:hidden/>
    <w:uiPriority w:val="99"/>
    <w:semiHidden/>
    <w:rsid w:val="0062343C"/>
    <w:pPr>
      <w:spacing w:after="0" w:line="240" w:lineRule="auto"/>
    </w:pPr>
    <w:rPr>
      <w:rFonts w:ascii="Arial" w:eastAsia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DB34E5E-F132-4E84-B4DC-6AC5FF88C2F8}"/>
      </w:docPartPr>
      <w:docPartBody>
        <w:p w:rsidR="00B87C66" w:rsidRDefault="00B4283A">
          <w:r w:rsidRPr="00B4560C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9ED2FE8E0AF241A993EE9FA74FEB749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5F83DE7-8483-4A62-B7E1-C505584AAE09}"/>
      </w:docPartPr>
      <w:docPartBody>
        <w:p w:rsidR="00B87C66" w:rsidRDefault="00B4283A" w:rsidP="00B4283A">
          <w:pPr>
            <w:pStyle w:val="9ED2FE8E0AF241A993EE9FA74FEB7499"/>
          </w:pPr>
          <w:r w:rsidRPr="00B4560C">
            <w:rPr>
              <w:rStyle w:val="Vietosrezervavimoenklotekstas"/>
            </w:rPr>
            <w:t>Norėdami įvesti datą,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3A"/>
    <w:rsid w:val="0015158E"/>
    <w:rsid w:val="002460B2"/>
    <w:rsid w:val="003020AE"/>
    <w:rsid w:val="003F5E76"/>
    <w:rsid w:val="005D5392"/>
    <w:rsid w:val="006E60A8"/>
    <w:rsid w:val="009C5EB9"/>
    <w:rsid w:val="00A20FD1"/>
    <w:rsid w:val="00A74CA8"/>
    <w:rsid w:val="00B4283A"/>
    <w:rsid w:val="00B43635"/>
    <w:rsid w:val="00B87C66"/>
    <w:rsid w:val="00D1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B4283A"/>
    <w:rPr>
      <w:color w:val="666666"/>
    </w:rPr>
  </w:style>
  <w:style w:type="paragraph" w:customStyle="1" w:styleId="9ED2FE8E0AF241A993EE9FA74FEB7499">
    <w:name w:val="9ED2FE8E0AF241A993EE9FA74FEB7499"/>
    <w:rsid w:val="00B428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as xmlns="bd76807b-7035-44a2-93ee-9bb18f0b649c" xsi:nil="true"/>
    <Tags xmlns="bd76807b-7035-44a2-93ee-9bb18f0b649c">Įveskite pasirinkimą #1</Tags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22" ma:contentTypeDescription="Kurkite naują dokumentą." ma:contentTypeScope="" ma:versionID="54a0950f9e9df34887075104ad0cf24d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8b4763a576f19cf75dcdfb95dc2351d1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Tags" minOccurs="0"/>
                <xsd:element ref="ns2:Statusa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Tags" ma:index="27" nillable="true" ma:displayName="Tags" ma:default="Įveskite pasirinkimą #1" ma:format="Dropdown" ma:internalName="Tags">
      <xsd:simpleType>
        <xsd:union memberTypes="dms:Text">
          <xsd:simpleType>
            <xsd:restriction base="dms:Choice">
              <xsd:enumeration value="Įveskite pasirinkimą #1"/>
              <xsd:enumeration value="Įveskite pasirinkimą #2"/>
              <xsd:enumeration value="Įveskite pasirinkimą #3"/>
            </xsd:restriction>
          </xsd:simpleType>
        </xsd:union>
      </xsd:simpleType>
    </xsd:element>
    <xsd:element name="Statusas" ma:index="28" nillable="true" ma:displayName="Statusas" ma:format="Dropdown" ma:internalName="Statusa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F1B821-03A5-428F-9BA9-7191CDD49B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0447AD-D1B6-4E5C-AF6E-9D88019A00DA}">
  <ds:schemaRefs>
    <ds:schemaRef ds:uri="http://schemas.microsoft.com/office/2006/metadata/properties"/>
    <ds:schemaRef ds:uri="http://schemas.microsoft.com/office/infopath/2007/PartnerControls"/>
    <ds:schemaRef ds:uri="bd76807b-7035-44a2-93ee-9bb18f0b649c"/>
    <ds:schemaRef ds:uri="07609231-acae-40b1-8992-26d1ec8f8073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58701E-5EC8-4B48-A956-C516F2256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2137</Characters>
  <Application>Microsoft Office Word</Application>
  <DocSecurity>0</DocSecurity>
  <Lines>178</Lines>
  <Paragraphs>123</Paragraphs>
  <ScaleCrop>false</ScaleCrop>
  <Manager/>
  <Company/>
  <LinksUpToDate>false</LinksUpToDate>
  <CharactersWithSpaces>2345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Patekimo sprendinio bandymo protokolo ir atsiskaitymo dokumentų formos</dc:title>
  <dc:creator>Justina Avlas</dc:creator>
  <dc:description>generated by python-docx</dc:description>
  <cp:lastModifiedBy>Aistė Vaitkevičiūtė</cp:lastModifiedBy>
  <cp:revision>3</cp:revision>
  <dcterms:created xsi:type="dcterms:W3CDTF">2026-09-15T11:29:00Z</dcterms:created>
  <dcterms:modified xsi:type="dcterms:W3CDTF">2026-09-15T11:29:00Z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docLang">
    <vt:lpwstr>lt</vt:lpwstr>
  </property>
  <property fmtid="{D5CDD505-2E9C-101B-9397-08002B2CF9AE}" pid="4" name="MediaServiceImageTags">
    <vt:lpwstr/>
  </property>
</Properties>
</file>