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88"/>
        <w:tblW w:w="151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10488"/>
      </w:tblGrid>
      <w:tr w:rsidR="001C5D43" w:rsidRPr="00EC6FF8" w14:paraId="0FC3D2EA" w14:textId="77777777" w:rsidTr="001C5D43">
        <w:trPr>
          <w:trHeight w:val="136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17C32A3" w14:textId="77777777" w:rsidR="001C5D43" w:rsidRPr="00EC6FF8" w:rsidRDefault="001C5D43" w:rsidP="001C5D43">
            <w:pPr>
              <w:spacing w:after="60"/>
              <w:jc w:val="center"/>
              <w:rPr>
                <w:b/>
                <w:bCs/>
                <w:sz w:val="28"/>
                <w:szCs w:val="28"/>
                <w:lang w:val="lt-LT"/>
              </w:rPr>
            </w:pPr>
            <w:r w:rsidRPr="35446F0E">
              <w:rPr>
                <w:b/>
                <w:bCs/>
                <w:sz w:val="28"/>
                <w:szCs w:val="28"/>
                <w:lang w:val="lt-LT"/>
              </w:rPr>
              <w:t> </w:t>
            </w:r>
          </w:p>
        </w:tc>
        <w:tc>
          <w:tcPr>
            <w:tcW w:w="10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4AF7FE4" w14:textId="77777777" w:rsidR="001C5D43" w:rsidRPr="00EC6FF8" w:rsidRDefault="001C5D43" w:rsidP="001C5D43">
            <w:pPr>
              <w:spacing w:after="60"/>
              <w:ind w:left="566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PATVIRTINTA </w:t>
            </w:r>
          </w:p>
          <w:p w14:paraId="547D8941" w14:textId="77777777" w:rsidR="00C473D8" w:rsidRDefault="001C5D43" w:rsidP="001C5D43">
            <w:pPr>
              <w:spacing w:after="60"/>
              <w:ind w:left="566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Vilniaus miesto savivaldybės </w:t>
            </w:r>
          </w:p>
          <w:p w14:paraId="1BCA1E3B" w14:textId="28A1711F" w:rsidR="001C5D43" w:rsidRPr="00EC6FF8" w:rsidRDefault="001C5D43" w:rsidP="001C5D43">
            <w:pPr>
              <w:spacing w:after="60"/>
              <w:ind w:left="566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administracijos direktoriaus </w:t>
            </w:r>
          </w:p>
          <w:p w14:paraId="1FC5DDD5" w14:textId="6AD1EF6C" w:rsidR="00C473D8" w:rsidRDefault="001C5D43" w:rsidP="001C5D43">
            <w:pPr>
              <w:spacing w:after="60"/>
              <w:ind w:left="566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 </w:t>
            </w:r>
            <w:r w:rsidR="006C3D0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rugsėjo 15 d.</w:t>
            </w: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            </w:t>
            </w:r>
          </w:p>
          <w:p w14:paraId="33F66D17" w14:textId="4D53494E" w:rsidR="001C5D43" w:rsidRPr="00EC6FF8" w:rsidRDefault="001C5D43" w:rsidP="001C5D43">
            <w:pPr>
              <w:spacing w:after="60"/>
              <w:ind w:left="566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įsakymu Nr.</w:t>
            </w:r>
            <w:r w:rsidR="00961A00">
              <w:rPr>
                <w:rFonts w:cs="Times New Roman"/>
                <w:sz w:val="24"/>
                <w:szCs w:val="24"/>
                <w:lang w:val="lt-LT"/>
              </w:rPr>
              <w:t xml:space="preserve"> </w:t>
            </w:r>
            <w:r w:rsidR="00961A00" w:rsidRPr="00961A0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30-2365/26</w:t>
            </w:r>
          </w:p>
        </w:tc>
      </w:tr>
    </w:tbl>
    <w:p w14:paraId="0DF77021" w14:textId="77777777" w:rsidR="00F67BE3" w:rsidRPr="00EC6FF8" w:rsidRDefault="00F67BE3" w:rsidP="001C5D43">
      <w:pPr>
        <w:spacing w:after="60"/>
        <w:rPr>
          <w:b/>
          <w:bCs/>
          <w:sz w:val="28"/>
          <w:szCs w:val="28"/>
          <w:lang w:val="lt-LT"/>
        </w:rPr>
      </w:pPr>
    </w:p>
    <w:p w14:paraId="06953FEF" w14:textId="15054F0F" w:rsidR="00C473D8" w:rsidRDefault="00C473D8" w:rsidP="00F67BE3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(</w:t>
      </w:r>
      <w:r w:rsidRPr="00C473D8">
        <w:rPr>
          <w:rFonts w:ascii="Times New Roman" w:hAnsi="Times New Roman" w:cs="Times New Roman"/>
          <w:b/>
          <w:bCs/>
          <w:sz w:val="24"/>
          <w:szCs w:val="24"/>
          <w:lang w:val="lt-LT"/>
        </w:rPr>
        <w:t>Pastato (objekto) atvėrimo plan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o forma)</w:t>
      </w:r>
    </w:p>
    <w:p w14:paraId="7C9FE0DF" w14:textId="77777777" w:rsidR="00C473D8" w:rsidRDefault="00C473D8" w:rsidP="00F67BE3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6895523D" w14:textId="0C4E9C49" w:rsidR="00F67BE3" w:rsidRDefault="00F67BE3" w:rsidP="00F67BE3">
      <w:pPr>
        <w:spacing w:after="6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35446F0E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PASTATO </w:t>
      </w:r>
      <w:r w:rsidR="00C473D8">
        <w:rPr>
          <w:rFonts w:ascii="Times New Roman" w:hAnsi="Times New Roman" w:cs="Times New Roman"/>
          <w:b/>
          <w:bCs/>
          <w:sz w:val="24"/>
          <w:szCs w:val="24"/>
          <w:lang w:val="lt-LT"/>
        </w:rPr>
        <w:t>(</w:t>
      </w:r>
      <w:r w:rsidRPr="35446F0E">
        <w:rPr>
          <w:rFonts w:ascii="Times New Roman" w:hAnsi="Times New Roman" w:cs="Times New Roman"/>
          <w:b/>
          <w:bCs/>
          <w:sz w:val="24"/>
          <w:szCs w:val="24"/>
          <w:lang w:val="lt-LT"/>
        </w:rPr>
        <w:t>OBJEKTO</w:t>
      </w:r>
      <w:r w:rsidR="00C473D8">
        <w:rPr>
          <w:rFonts w:ascii="Times New Roman" w:hAnsi="Times New Roman" w:cs="Times New Roman"/>
          <w:b/>
          <w:bCs/>
          <w:sz w:val="24"/>
          <w:szCs w:val="24"/>
          <w:lang w:val="lt-LT"/>
        </w:rPr>
        <w:t>)</w:t>
      </w:r>
      <w:r w:rsidRPr="35446F0E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ATVĖRIMO PLANAS</w:t>
      </w:r>
      <w:r w:rsidRPr="35446F0E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</w:p>
    <w:p w14:paraId="4422B902" w14:textId="77777777" w:rsidR="00F67BE3" w:rsidRDefault="00F67BE3" w:rsidP="00F67BE3">
      <w:pPr>
        <w:spacing w:after="6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7FD9888A" w14:textId="77777777" w:rsidR="00C473D8" w:rsidRPr="00EC6FF8" w:rsidRDefault="00C473D8" w:rsidP="00F67BE3">
      <w:pPr>
        <w:spacing w:after="6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5527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11921"/>
      </w:tblGrid>
      <w:tr w:rsidR="00F67BE3" w:rsidRPr="00EC6FF8" w14:paraId="574A58ED" w14:textId="77777777" w:rsidTr="00F67BE3">
        <w:trPr>
          <w:jc w:val="center"/>
        </w:trPr>
        <w:tc>
          <w:tcPr>
            <w:tcW w:w="3606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620C7F87" w14:textId="77777777" w:rsidR="00F67BE3" w:rsidRPr="00EC6FF8" w:rsidRDefault="00F67BE3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Objekto pavadinimas</w:t>
            </w:r>
          </w:p>
        </w:tc>
        <w:tc>
          <w:tcPr>
            <w:tcW w:w="11921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1485423A" w14:textId="77777777" w:rsidR="00F67BE3" w:rsidRPr="00EC6FF8" w:rsidRDefault="00F67BE3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67BE3" w:rsidRPr="00EC6FF8" w14:paraId="2A86F521" w14:textId="77777777" w:rsidTr="00F67BE3">
        <w:trPr>
          <w:jc w:val="center"/>
        </w:trPr>
        <w:tc>
          <w:tcPr>
            <w:tcW w:w="3606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5A425C3B" w14:textId="77777777" w:rsidR="00F67BE3" w:rsidRPr="00EC6FF8" w:rsidRDefault="00F67BE3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Adresas</w:t>
            </w:r>
          </w:p>
        </w:tc>
        <w:tc>
          <w:tcPr>
            <w:tcW w:w="11921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3ED91EFF" w14:textId="77777777" w:rsidR="00F67BE3" w:rsidRPr="00EC6FF8" w:rsidRDefault="00F67BE3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67BE3" w:rsidRPr="00EC6FF8" w14:paraId="3E8FB855" w14:textId="77777777" w:rsidTr="00F67BE3">
        <w:trPr>
          <w:jc w:val="center"/>
        </w:trPr>
        <w:tc>
          <w:tcPr>
            <w:tcW w:w="3606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1676BA53" w14:textId="77777777" w:rsidR="00F67BE3" w:rsidRPr="00EC6FF8" w:rsidRDefault="00F67BE3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Priedangos vieta </w:t>
            </w:r>
          </w:p>
        </w:tc>
        <w:tc>
          <w:tcPr>
            <w:tcW w:w="11921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63D6B2A1" w14:textId="77777777" w:rsidR="00F67BE3" w:rsidRPr="00EC6FF8" w:rsidRDefault="00F67BE3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67BE3" w:rsidRPr="00C473D8" w14:paraId="1930B762" w14:textId="77777777" w:rsidTr="00F67BE3">
        <w:trPr>
          <w:jc w:val="center"/>
        </w:trPr>
        <w:tc>
          <w:tcPr>
            <w:tcW w:w="3606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2A9F79A9" w14:textId="77777777" w:rsidR="00F67BE3" w:rsidRPr="00EC6FF8" w:rsidRDefault="00F67BE3" w:rsidP="00C2392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Talpinamas žmonių skaičius ir priedangos plotas</w:t>
            </w:r>
          </w:p>
        </w:tc>
        <w:tc>
          <w:tcPr>
            <w:tcW w:w="11921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430B07A2" w14:textId="77777777" w:rsidR="00F67BE3" w:rsidRPr="00EC6FF8" w:rsidRDefault="00F67BE3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69F372D0" w14:textId="77777777" w:rsidR="003314D3" w:rsidRDefault="003314D3" w:rsidP="35446F0E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2B59248F" w14:textId="76009597" w:rsidR="00776074" w:rsidRDefault="00070FD0" w:rsidP="007128E0">
      <w:pPr>
        <w:pStyle w:val="Sraopastraipa"/>
        <w:numPr>
          <w:ilvl w:val="0"/>
          <w:numId w:val="10"/>
        </w:numPr>
        <w:ind w:left="180" w:hanging="18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F67BE3" w:rsidRPr="00F67BE3">
        <w:rPr>
          <w:rFonts w:ascii="Times New Roman" w:hAnsi="Times New Roman" w:cs="Times New Roman"/>
          <w:b/>
          <w:bCs/>
          <w:sz w:val="24"/>
          <w:szCs w:val="24"/>
          <w:lang w:val="lt-LT"/>
        </w:rPr>
        <w:t>Perspėjimo gavimas ir atvėrimo aktyvavimas</w:t>
      </w:r>
    </w:p>
    <w:p w14:paraId="3132CBE8" w14:textId="77777777" w:rsidR="007128E0" w:rsidRPr="007128E0" w:rsidRDefault="007128E0" w:rsidP="007128E0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Style w:val="Lentelstinklelis"/>
        <w:tblW w:w="15585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527"/>
        <w:gridCol w:w="12058"/>
      </w:tblGrid>
      <w:tr w:rsidR="00B7798C" w:rsidRPr="00C473D8" w14:paraId="2455ACB1" w14:textId="77777777" w:rsidTr="003703E7">
        <w:trPr>
          <w:jc w:val="center"/>
        </w:trPr>
        <w:tc>
          <w:tcPr>
            <w:tcW w:w="352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6F50B8F5" w14:textId="77777777" w:rsidR="00B7798C" w:rsidRPr="00EC6FF8" w:rsidRDefault="00B7798C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Perspėjimo / nurodymo šaltinis ir gavimo kanalas</w:t>
            </w:r>
          </w:p>
        </w:tc>
        <w:tc>
          <w:tcPr>
            <w:tcW w:w="12058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06D4949B" w14:textId="77777777" w:rsidR="00B7798C" w:rsidRPr="00EC6FF8" w:rsidRDefault="00B7798C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7798C" w:rsidRPr="00C473D8" w14:paraId="13246EBE" w14:textId="77777777" w:rsidTr="003703E7">
        <w:trPr>
          <w:jc w:val="center"/>
        </w:trPr>
        <w:tc>
          <w:tcPr>
            <w:tcW w:w="352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05CEC67D" w14:textId="77777777" w:rsidR="00B7798C" w:rsidRPr="00EC6FF8" w:rsidRDefault="00B7798C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Kas priima perspėjimą ir inicijuoja atvėrimą</w:t>
            </w:r>
          </w:p>
        </w:tc>
        <w:tc>
          <w:tcPr>
            <w:tcW w:w="12058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68A1681F" w14:textId="77777777" w:rsidR="00B7798C" w:rsidRPr="00EC6FF8" w:rsidRDefault="00B7798C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7798C" w:rsidRPr="00C473D8" w14:paraId="308EAA86" w14:textId="77777777" w:rsidTr="003703E7">
        <w:trPr>
          <w:jc w:val="center"/>
        </w:trPr>
        <w:tc>
          <w:tcPr>
            <w:tcW w:w="352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77B91DB3" w14:textId="77777777" w:rsidR="00B7798C" w:rsidRPr="00EC6FF8" w:rsidRDefault="00B7798C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Pagrindinis atvėrimo būdas</w:t>
            </w:r>
          </w:p>
        </w:tc>
        <w:tc>
          <w:tcPr>
            <w:tcW w:w="12058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13B56274" w14:textId="77777777" w:rsidR="00B7798C" w:rsidRPr="00EC6FF8" w:rsidRDefault="00000000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</w:rPr>
                <w:id w:val="1063449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798C" w:rsidRPr="35446F0E">
                  <w:rPr>
                    <w:rFonts w:ascii="MS Gothic" w:eastAsia="MS Gothic" w:hAnsi="MS Gothic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B7798C"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automatinis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8717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798C" w:rsidRPr="35446F0E">
                  <w:rPr>
                    <w:rFonts w:ascii="MS Gothic" w:eastAsia="MS Gothic" w:hAnsi="MS Gothic" w:cs="Times New Roman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B7798C"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nuotolinis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3210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798C" w:rsidRPr="35446F0E">
                  <w:rPr>
                    <w:rFonts w:ascii="MS Gothic" w:eastAsia="MS Gothic" w:hAnsi="MS Gothic" w:cs="Times New Roman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B7798C"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per apsaugos paslaugos teikėją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0726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798C" w:rsidRPr="35446F0E">
                  <w:rPr>
                    <w:rFonts w:ascii="MS Gothic" w:eastAsia="MS Gothic" w:hAnsi="MS Gothic" w:cs="Times New Roman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B7798C"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kitas</w:t>
            </w:r>
            <w:r w:rsidR="00B7798C" w:rsidRPr="00BF4937">
              <w:rPr>
                <w:lang w:val="pt-BR"/>
              </w:rPr>
              <w:br/>
            </w:r>
            <w:r w:rsidR="00B7798C"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Trumpas veikimo aprašymas: _________________________________________________</w:t>
            </w:r>
          </w:p>
        </w:tc>
      </w:tr>
      <w:tr w:rsidR="00B7798C" w:rsidRPr="00C473D8" w14:paraId="091ECBFA" w14:textId="77777777" w:rsidTr="003703E7">
        <w:trPr>
          <w:jc w:val="center"/>
        </w:trPr>
        <w:tc>
          <w:tcPr>
            <w:tcW w:w="352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6C309ADD" w14:textId="77777777" w:rsidR="00B7798C" w:rsidRPr="00EC6FF8" w:rsidRDefault="00B7798C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Atsarginis atvėrimo būdas</w:t>
            </w:r>
          </w:p>
        </w:tc>
        <w:tc>
          <w:tcPr>
            <w:tcW w:w="12058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1FB1F55E" w14:textId="77777777" w:rsidR="00B7798C" w:rsidRPr="00EC6FF8" w:rsidRDefault="00B7798C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 pagrindinio sprendinio nepriklausantis būdas: _____________________________</w:t>
            </w:r>
            <w:r w:rsidRPr="00BF4937">
              <w:rPr>
                <w:lang w:val="pt-BR"/>
              </w:rPr>
              <w:br/>
            </w: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Raktų / avarinės priemonės vieta: __________________________________________</w:t>
            </w:r>
          </w:p>
        </w:tc>
      </w:tr>
      <w:tr w:rsidR="00B7798C" w:rsidRPr="00EC6FF8" w14:paraId="4F51D473" w14:textId="77777777" w:rsidTr="003703E7">
        <w:trPr>
          <w:jc w:val="center"/>
        </w:trPr>
        <w:tc>
          <w:tcPr>
            <w:tcW w:w="352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7D83EB77" w14:textId="77777777" w:rsidR="00B7798C" w:rsidRPr="00EC6FF8" w:rsidRDefault="00B7798C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Veiksmų seka</w:t>
            </w:r>
          </w:p>
        </w:tc>
        <w:tc>
          <w:tcPr>
            <w:tcW w:w="12058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48ED3688" w14:textId="77777777" w:rsidR="00B7798C" w:rsidRPr="00EC6FF8" w:rsidRDefault="00B7798C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 Priimti perspėjimą.  2. Aktyvuoti pagrindinį būdą.  3. Sutrikus veikimui aktyvuoti atsarginį būdą.  4. Nukreipti žmones.</w:t>
            </w:r>
          </w:p>
        </w:tc>
      </w:tr>
    </w:tbl>
    <w:p w14:paraId="50E34F83" w14:textId="4A7A05A2" w:rsidR="003703E7" w:rsidRPr="007128E0" w:rsidRDefault="003703E7" w:rsidP="00F67BE3">
      <w:pPr>
        <w:rPr>
          <w:rFonts w:ascii="Times New Roman" w:hAnsi="Times New Roman" w:cs="Times New Roman"/>
          <w:i/>
          <w:iCs/>
          <w:color w:val="808080" w:themeColor="background1" w:themeShade="80"/>
          <w:sz w:val="22"/>
          <w:lang w:val="lt-LT"/>
        </w:rPr>
      </w:pPr>
      <w:r w:rsidRPr="003703E7">
        <w:rPr>
          <w:rFonts w:ascii="Times New Roman" w:hAnsi="Times New Roman" w:cs="Times New Roman"/>
          <w:i/>
          <w:iCs/>
          <w:color w:val="808080" w:themeColor="background1" w:themeShade="80"/>
          <w:sz w:val="22"/>
          <w:lang w:val="lt-LT"/>
        </w:rPr>
        <w:t>Visos patekimo maršrute esančios rakinamos kliūtys turi būti atvertos ne vėliau kaip per 5 minutes nuo perspėjimo ar nurodymo gavimo.</w:t>
      </w:r>
    </w:p>
    <w:p w14:paraId="0C956F6C" w14:textId="77777777" w:rsidR="00070FD0" w:rsidRDefault="00070FD0" w:rsidP="00F67BE3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7626B620" w14:textId="77777777" w:rsidR="00C473D8" w:rsidRDefault="00C473D8" w:rsidP="00F67BE3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43009E39" w14:textId="640C1CEB" w:rsidR="00070FD0" w:rsidRDefault="00070FD0" w:rsidP="00070FD0">
      <w:pPr>
        <w:pStyle w:val="Sraopastraipa"/>
        <w:numPr>
          <w:ilvl w:val="0"/>
          <w:numId w:val="10"/>
        </w:numPr>
        <w:ind w:left="180" w:hanging="18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Pr="00070FD0">
        <w:rPr>
          <w:rFonts w:ascii="Times New Roman" w:hAnsi="Times New Roman" w:cs="Times New Roman"/>
          <w:b/>
          <w:bCs/>
          <w:sz w:val="24"/>
          <w:szCs w:val="24"/>
          <w:lang w:val="lt-LT"/>
        </w:rPr>
        <w:t>Patekimo maršrutas, kliūtys ir ženklinimas</w:t>
      </w:r>
    </w:p>
    <w:p w14:paraId="45A37C4F" w14:textId="77777777" w:rsidR="007128E0" w:rsidRPr="007128E0" w:rsidRDefault="007128E0" w:rsidP="007128E0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2132EBCB" w14:textId="77777777" w:rsidR="00070FD0" w:rsidRPr="00070FD0" w:rsidRDefault="00070FD0" w:rsidP="00070FD0">
      <w:pPr>
        <w:pStyle w:val="Sraopastraipa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070FD0">
        <w:rPr>
          <w:rFonts w:ascii="Times New Roman" w:hAnsi="Times New Roman" w:cs="Times New Roman"/>
          <w:sz w:val="24"/>
          <w:szCs w:val="24"/>
          <w:lang w:val="lt-LT"/>
        </w:rPr>
        <w:t>Maršruto pradžia (aprašyti arba pridėti schematinį atvaizdavima) –</w:t>
      </w:r>
    </w:p>
    <w:p w14:paraId="398C95AD" w14:textId="77777777" w:rsidR="00070FD0" w:rsidRPr="00070FD0" w:rsidRDefault="00070FD0" w:rsidP="00070FD0">
      <w:pPr>
        <w:pStyle w:val="Sraopastraipa"/>
        <w:numPr>
          <w:ilvl w:val="0"/>
          <w:numId w:val="11"/>
        </w:numPr>
        <w:spacing w:after="0"/>
        <w:rPr>
          <w:lang w:val="pt-BR"/>
        </w:rPr>
      </w:pPr>
      <w:r w:rsidRPr="00070FD0">
        <w:rPr>
          <w:rFonts w:ascii="Times New Roman" w:hAnsi="Times New Roman" w:cs="Times New Roman"/>
          <w:sz w:val="24"/>
          <w:szCs w:val="24"/>
          <w:lang w:val="lt-LT"/>
        </w:rPr>
        <w:t>Priedangos įėjimas (aprašyti arba pridėti schematinį atvaizdavima) –</w:t>
      </w:r>
      <w:r w:rsidRPr="00070FD0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</w:p>
    <w:p w14:paraId="6156D9E6" w14:textId="77777777" w:rsidR="00070FD0" w:rsidRPr="00070FD0" w:rsidRDefault="00070FD0" w:rsidP="00070FD0">
      <w:pPr>
        <w:pStyle w:val="Sraopastraipa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070FD0">
        <w:rPr>
          <w:rFonts w:ascii="Times New Roman" w:hAnsi="Times New Roman" w:cs="Times New Roman"/>
          <w:sz w:val="24"/>
          <w:szCs w:val="24"/>
          <w:lang w:val="lt-LT"/>
        </w:rPr>
        <w:t xml:space="preserve">Kliūtys (aprašyti arba pridėti schematinį atvaizdavima) – </w:t>
      </w:r>
    </w:p>
    <w:p w14:paraId="029D9701" w14:textId="5BF23467" w:rsidR="00070FD0" w:rsidRPr="00070FD0" w:rsidRDefault="00070FD0" w:rsidP="00070FD0">
      <w:pPr>
        <w:pStyle w:val="Sraopastraipa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070FD0">
        <w:rPr>
          <w:rFonts w:ascii="Times New Roman" w:hAnsi="Times New Roman" w:cs="Times New Roman"/>
          <w:sz w:val="24"/>
          <w:szCs w:val="24"/>
          <w:lang w:val="lt-LT"/>
        </w:rPr>
        <w:t>Pridedama schema, kurioje pažymėti įėjimai, visos rakinamos kliūtys, priedangos ir techninės patalpos, ženklinimas bei atsarginio patekimo vieta</w:t>
      </w:r>
    </w:p>
    <w:p w14:paraId="4D688038" w14:textId="77777777" w:rsidR="00070FD0" w:rsidRPr="00070FD0" w:rsidRDefault="00070FD0" w:rsidP="00070FD0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68A7366C" w14:textId="77777777" w:rsidR="00B21029" w:rsidRDefault="00B21029" w:rsidP="00B21029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070FD0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3. Atsakingi asmenys ir pavadavimas </w:t>
      </w:r>
    </w:p>
    <w:tbl>
      <w:tblPr>
        <w:tblStyle w:val="Lentelstinklelis"/>
        <w:tblW w:w="15587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5484"/>
        <w:gridCol w:w="3449"/>
        <w:gridCol w:w="4135"/>
      </w:tblGrid>
      <w:tr w:rsidR="00B21029" w:rsidRPr="00EC6FF8" w14:paraId="49939D98" w14:textId="77777777" w:rsidTr="00CA7C01">
        <w:trPr>
          <w:jc w:val="center"/>
        </w:trPr>
        <w:tc>
          <w:tcPr>
            <w:tcW w:w="2519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71DFCCE9" w14:textId="77777777" w:rsidR="00B21029" w:rsidRPr="00EC6FF8" w:rsidRDefault="00B21029" w:rsidP="00C239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Vaidmuo</w:t>
            </w:r>
          </w:p>
        </w:tc>
        <w:tc>
          <w:tcPr>
            <w:tcW w:w="5484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31C4F444" w14:textId="3ECE53E4" w:rsidR="00B21029" w:rsidRPr="00EC6FF8" w:rsidRDefault="00B21029" w:rsidP="00C239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Vardas, pavardė</w:t>
            </w:r>
            <w:r w:rsidR="00C473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,</w:t>
            </w: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pareigos</w:t>
            </w:r>
          </w:p>
        </w:tc>
        <w:tc>
          <w:tcPr>
            <w:tcW w:w="3449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6BDBA4A6" w14:textId="0C753496" w:rsidR="00B21029" w:rsidRPr="00EC6FF8" w:rsidRDefault="00B21029" w:rsidP="00C239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Telefonas</w:t>
            </w:r>
            <w:r w:rsidR="00C473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,</w:t>
            </w: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el. paštas</w:t>
            </w:r>
          </w:p>
        </w:tc>
        <w:tc>
          <w:tcPr>
            <w:tcW w:w="4135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64486D3D" w14:textId="77777777" w:rsidR="00B21029" w:rsidRPr="00EC6FF8" w:rsidRDefault="00B21029" w:rsidP="00C239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Funkcija</w:t>
            </w:r>
          </w:p>
        </w:tc>
      </w:tr>
      <w:tr w:rsidR="00B21029" w:rsidRPr="00EC6FF8" w14:paraId="6309BFC5" w14:textId="77777777" w:rsidTr="00CA7C01">
        <w:trPr>
          <w:jc w:val="center"/>
        </w:trPr>
        <w:tc>
          <w:tcPr>
            <w:tcW w:w="2519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3F11A14B" w14:textId="77777777" w:rsidR="00B21029" w:rsidRPr="00EC6FF8" w:rsidRDefault="00B21029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Pagrindinis atsakingas asmuo</w:t>
            </w:r>
          </w:p>
        </w:tc>
        <w:tc>
          <w:tcPr>
            <w:tcW w:w="5484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22658241" w14:textId="77777777" w:rsidR="00B21029" w:rsidRPr="00EC6FF8" w:rsidRDefault="00B21029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449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2B42C072" w14:textId="77777777" w:rsidR="00B21029" w:rsidRPr="00EC6FF8" w:rsidRDefault="00B21029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35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3ADD9E2C" w14:textId="77777777" w:rsidR="00B21029" w:rsidRPr="00EC6FF8" w:rsidRDefault="00B21029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21029" w:rsidRPr="00EC6FF8" w14:paraId="4427D261" w14:textId="77777777" w:rsidTr="00CA7C01">
        <w:trPr>
          <w:jc w:val="center"/>
        </w:trPr>
        <w:tc>
          <w:tcPr>
            <w:tcW w:w="2519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080ED4D7" w14:textId="77777777" w:rsidR="00B21029" w:rsidRPr="00EC6FF8" w:rsidRDefault="00B21029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Pavaduojantis atsakingas asmuo</w:t>
            </w:r>
          </w:p>
        </w:tc>
        <w:tc>
          <w:tcPr>
            <w:tcW w:w="5484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3C0801A4" w14:textId="77777777" w:rsidR="00B21029" w:rsidRPr="00EC6FF8" w:rsidRDefault="00B21029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449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1A33B9A3" w14:textId="77777777" w:rsidR="00B21029" w:rsidRPr="00EC6FF8" w:rsidRDefault="00B21029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35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4D655983" w14:textId="77777777" w:rsidR="00B21029" w:rsidRPr="00EC6FF8" w:rsidRDefault="00B21029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21029" w:rsidRPr="00EC6FF8" w14:paraId="266F7E69" w14:textId="77777777" w:rsidTr="00CA7C01">
        <w:trPr>
          <w:jc w:val="center"/>
        </w:trPr>
        <w:tc>
          <w:tcPr>
            <w:tcW w:w="2519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46BE9A45" w14:textId="77777777" w:rsidR="00B21029" w:rsidRPr="00EC6FF8" w:rsidRDefault="00B21029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Techninės priežiūros kontaktas</w:t>
            </w:r>
          </w:p>
        </w:tc>
        <w:tc>
          <w:tcPr>
            <w:tcW w:w="5484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19312A67" w14:textId="77777777" w:rsidR="00B21029" w:rsidRPr="00EC6FF8" w:rsidRDefault="00B21029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449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0E346306" w14:textId="77777777" w:rsidR="00B21029" w:rsidRPr="00EC6FF8" w:rsidRDefault="00B21029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35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0AC79A1A" w14:textId="77777777" w:rsidR="00B21029" w:rsidRPr="00EC6FF8" w:rsidRDefault="00B21029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21029" w:rsidRPr="00C473D8" w14:paraId="249F0059" w14:textId="77777777" w:rsidTr="007128E0">
        <w:trPr>
          <w:jc w:val="center"/>
        </w:trPr>
        <w:tc>
          <w:tcPr>
            <w:tcW w:w="8003" w:type="dxa"/>
            <w:gridSpan w:val="2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1E514702" w14:textId="77777777" w:rsidR="00B21029" w:rsidRPr="00EC6FF8" w:rsidRDefault="00B21029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Pasiekiamumas visą parą ir pavadavimo tvarka</w:t>
            </w:r>
          </w:p>
        </w:tc>
        <w:tc>
          <w:tcPr>
            <w:tcW w:w="7584" w:type="dxa"/>
            <w:gridSpan w:val="2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2F1DC86E" w14:textId="77777777" w:rsidR="00B21029" w:rsidRPr="00EC6FF8" w:rsidRDefault="00B21029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1303DF9C" w14:textId="77777777" w:rsidR="00070FD0" w:rsidRPr="00070FD0" w:rsidRDefault="00070FD0" w:rsidP="00070FD0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386E08BA" w14:textId="48AC413B" w:rsidR="003703E7" w:rsidRDefault="00294029" w:rsidP="00294029">
      <w:pPr>
        <w:pStyle w:val="Sraopastraipa"/>
        <w:numPr>
          <w:ilvl w:val="0"/>
          <w:numId w:val="12"/>
        </w:numPr>
        <w:ind w:left="180" w:hanging="18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Pr="00294029">
        <w:rPr>
          <w:rFonts w:ascii="Times New Roman" w:hAnsi="Times New Roman" w:cs="Times New Roman"/>
          <w:b/>
          <w:bCs/>
          <w:sz w:val="24"/>
          <w:szCs w:val="24"/>
          <w:lang w:val="lt-LT"/>
        </w:rPr>
        <w:t>Bandymai, gedimai ir priežiūra</w:t>
      </w:r>
    </w:p>
    <w:p w14:paraId="791CB800" w14:textId="77777777" w:rsidR="007128E0" w:rsidRPr="007128E0" w:rsidRDefault="007128E0" w:rsidP="007128E0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Style w:val="Lentelstinklelis"/>
        <w:tblW w:w="15587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724"/>
        <w:gridCol w:w="11863"/>
      </w:tblGrid>
      <w:tr w:rsidR="009C15A1" w:rsidRPr="00EC6FF8" w14:paraId="49F341B3" w14:textId="77777777" w:rsidTr="007128E0">
        <w:trPr>
          <w:jc w:val="center"/>
        </w:trPr>
        <w:tc>
          <w:tcPr>
            <w:tcW w:w="3724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63DC8100" w14:textId="77777777" w:rsidR="009C15A1" w:rsidRPr="00EC6FF8" w:rsidRDefault="009C15A1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Bandymai</w:t>
            </w:r>
          </w:p>
        </w:tc>
        <w:tc>
          <w:tcPr>
            <w:tcW w:w="11863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1D4DBA5D" w14:textId="77777777" w:rsidR="009C15A1" w:rsidRPr="00EC6FF8" w:rsidRDefault="009C15A1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Pagrindinis ir atsarginis patekimo būdai praktiškai tikrinami ne rečiau kaip kartą per pusmetį, taip pat po kiekvieno gedimo, remonto, programinės įrangos atnaujinimo ar atsakingų asmenų pasikeitimo. Rezultatai įforminami bandymo protokolu.</w:t>
            </w:r>
          </w:p>
        </w:tc>
      </w:tr>
      <w:tr w:rsidR="009C15A1" w:rsidRPr="00C473D8" w14:paraId="773E9F91" w14:textId="77777777" w:rsidTr="007128E0">
        <w:trPr>
          <w:jc w:val="center"/>
        </w:trPr>
        <w:tc>
          <w:tcPr>
            <w:tcW w:w="3724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142C478C" w14:textId="77777777" w:rsidR="009C15A1" w:rsidRPr="00EC6FF8" w:rsidRDefault="009C15A1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Gedimo atveju</w:t>
            </w:r>
          </w:p>
        </w:tc>
        <w:tc>
          <w:tcPr>
            <w:tcW w:w="11863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01C17F55" w14:textId="77777777" w:rsidR="009C15A1" w:rsidRPr="00EC6FF8" w:rsidRDefault="009C15A1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Nedelsiant taikomas atsarginis patekimo būdas, gedimas registruojamas ir perduodamas šalinti. Jei dėl gedimo neužtikrinamas patekimas, Savivaldybė informuojama ne vėliau kaip per vieną darbo dieną.</w:t>
            </w:r>
          </w:p>
        </w:tc>
      </w:tr>
    </w:tbl>
    <w:p w14:paraId="550A9735" w14:textId="77777777" w:rsidR="00294029" w:rsidRPr="00294029" w:rsidRDefault="00294029" w:rsidP="00294029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15600E43" w14:textId="7603DBA3" w:rsidR="007128E0" w:rsidRDefault="00B76B88" w:rsidP="007128E0">
      <w:pPr>
        <w:pStyle w:val="Sraopastraipa"/>
        <w:numPr>
          <w:ilvl w:val="0"/>
          <w:numId w:val="12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B76B88">
        <w:rPr>
          <w:rFonts w:ascii="Times New Roman" w:hAnsi="Times New Roman" w:cs="Times New Roman"/>
          <w:b/>
          <w:bCs/>
          <w:sz w:val="24"/>
          <w:szCs w:val="24"/>
          <w:lang w:val="lt-LT"/>
        </w:rPr>
        <w:t>Duomenų apsauga ir plano saugojimas</w:t>
      </w:r>
    </w:p>
    <w:p w14:paraId="6C9F265B" w14:textId="77777777" w:rsidR="007128E0" w:rsidRPr="007128E0" w:rsidRDefault="007128E0" w:rsidP="007128E0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Style w:val="Lentelstinklelis"/>
        <w:tblW w:w="15593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10603"/>
      </w:tblGrid>
      <w:tr w:rsidR="002C13B7" w:rsidRPr="00EC6FF8" w14:paraId="5F0DB710" w14:textId="77777777" w:rsidTr="007128E0">
        <w:trPr>
          <w:jc w:val="center"/>
        </w:trPr>
        <w:tc>
          <w:tcPr>
            <w:tcW w:w="4990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59BA8681" w14:textId="77777777" w:rsidR="002C13B7" w:rsidRPr="00EC6FF8" w:rsidRDefault="002C13B7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Saugumo informacija</w:t>
            </w:r>
          </w:p>
        </w:tc>
        <w:tc>
          <w:tcPr>
            <w:tcW w:w="10603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63C6DCB3" w14:textId="77777777" w:rsidR="002C13B7" w:rsidRPr="00EC6FF8" w:rsidRDefault="002C13B7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Prieigos kodai ir saugumo požiūriu jautrūs techniniai duomenys neviešinami. Prieigos kodai pateikiami atskirame riboto naudojimo priede.</w:t>
            </w:r>
          </w:p>
        </w:tc>
      </w:tr>
      <w:tr w:rsidR="002C13B7" w:rsidRPr="00EC6FF8" w14:paraId="68FAE9A6" w14:textId="77777777" w:rsidTr="007128E0">
        <w:trPr>
          <w:jc w:val="center"/>
        </w:trPr>
        <w:tc>
          <w:tcPr>
            <w:tcW w:w="4990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2C34BA34" w14:textId="77777777" w:rsidR="002C13B7" w:rsidRPr="00EC6FF8" w:rsidRDefault="002C13B7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Plano tvirtinimo data</w:t>
            </w:r>
          </w:p>
        </w:tc>
        <w:tc>
          <w:tcPr>
            <w:tcW w:w="10603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7DD82B1D" w14:textId="77777777" w:rsidR="002C13B7" w:rsidRPr="00EC6FF8" w:rsidRDefault="002C13B7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C13B7" w:rsidRPr="00EC6FF8" w14:paraId="03A23E37" w14:textId="77777777" w:rsidTr="007128E0">
        <w:trPr>
          <w:jc w:val="center"/>
        </w:trPr>
        <w:tc>
          <w:tcPr>
            <w:tcW w:w="4990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7CE277B7" w14:textId="77777777" w:rsidR="002C13B7" w:rsidRPr="00EC6FF8" w:rsidRDefault="002C13B7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Plano saugojimo vieta</w:t>
            </w:r>
          </w:p>
        </w:tc>
        <w:tc>
          <w:tcPr>
            <w:tcW w:w="10603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1717B5B2" w14:textId="77777777" w:rsidR="002C13B7" w:rsidRPr="00EC6FF8" w:rsidRDefault="002C13B7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B504702" w14:textId="77777777" w:rsidR="004F7F0D" w:rsidRDefault="004F7F0D" w:rsidP="00AF1DFA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216A5812" w14:textId="77777777" w:rsidR="007128E0" w:rsidRDefault="007128E0" w:rsidP="00AF1DFA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4234F581" w14:textId="32DF9211" w:rsidR="004F7F0D" w:rsidRPr="007128E0" w:rsidRDefault="007128E0" w:rsidP="007128E0">
      <w:pPr>
        <w:pStyle w:val="Sraopastraipa"/>
        <w:numPr>
          <w:ilvl w:val="0"/>
          <w:numId w:val="12"/>
        </w:numPr>
        <w:spacing w:after="0" w:line="276" w:lineRule="auto"/>
        <w:ind w:left="284" w:hanging="218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lastRenderedPageBreak/>
        <w:t xml:space="preserve"> </w:t>
      </w:r>
      <w:r w:rsidR="004F7F0D" w:rsidRPr="007128E0">
        <w:rPr>
          <w:rFonts w:ascii="Times New Roman" w:hAnsi="Times New Roman" w:cs="Times New Roman"/>
          <w:b/>
          <w:bCs/>
          <w:sz w:val="24"/>
          <w:szCs w:val="24"/>
          <w:lang w:val="lt-LT"/>
        </w:rPr>
        <w:t>Plano patvirtinimas</w:t>
      </w:r>
    </w:p>
    <w:p w14:paraId="2498FF14" w14:textId="77777777" w:rsidR="007128E0" w:rsidRPr="007128E0" w:rsidRDefault="007128E0" w:rsidP="007128E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Style w:val="Lentelstinklelis"/>
        <w:tblW w:w="15540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937"/>
        <w:gridCol w:w="10603"/>
      </w:tblGrid>
      <w:tr w:rsidR="004F7F0D" w:rsidRPr="00C473D8" w14:paraId="77FEB3B2" w14:textId="77777777" w:rsidTr="007128E0">
        <w:trPr>
          <w:jc w:val="center"/>
        </w:trPr>
        <w:tc>
          <w:tcPr>
            <w:tcW w:w="493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2FF9D58A" w14:textId="77777777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Parengė</w:t>
            </w:r>
          </w:p>
        </w:tc>
        <w:tc>
          <w:tcPr>
            <w:tcW w:w="10603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1E81E36E" w14:textId="3FE6C320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Vardas, pavardė, pareigos: </w:t>
            </w:r>
            <w:r w:rsidRPr="00FA1134">
              <w:rPr>
                <w:lang w:val="pt-BR"/>
              </w:rPr>
              <w:br/>
            </w: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Parašas, data: </w:t>
            </w:r>
          </w:p>
        </w:tc>
      </w:tr>
      <w:tr w:rsidR="004F7F0D" w:rsidRPr="00C473D8" w14:paraId="56444F8C" w14:textId="77777777" w:rsidTr="007128E0">
        <w:trPr>
          <w:jc w:val="center"/>
        </w:trPr>
        <w:tc>
          <w:tcPr>
            <w:tcW w:w="493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0140B179" w14:textId="77777777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Patvirtino</w:t>
            </w:r>
          </w:p>
        </w:tc>
        <w:tc>
          <w:tcPr>
            <w:tcW w:w="10603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29E52189" w14:textId="165F7094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Vardas, pavardė, pareigos: </w:t>
            </w:r>
            <w:r w:rsidRPr="00FA1134">
              <w:rPr>
                <w:lang w:val="pt-BR"/>
              </w:rPr>
              <w:br/>
            </w: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Parašas, data: </w:t>
            </w:r>
          </w:p>
        </w:tc>
      </w:tr>
    </w:tbl>
    <w:p w14:paraId="19C1FDDE" w14:textId="77777777" w:rsidR="004F7F0D" w:rsidRDefault="004F7F0D" w:rsidP="00AF1DFA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4E53F145" w14:textId="1C6F375A" w:rsidR="004F7F0D" w:rsidRDefault="004F7F0D" w:rsidP="004F7F0D">
      <w:pPr>
        <w:pStyle w:val="Sraopastraipa"/>
        <w:numPr>
          <w:ilvl w:val="0"/>
          <w:numId w:val="13"/>
        </w:numPr>
        <w:ind w:left="180" w:hanging="18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Pr="004F7F0D">
        <w:rPr>
          <w:rFonts w:ascii="Times New Roman" w:hAnsi="Times New Roman" w:cs="Times New Roman"/>
          <w:b/>
          <w:bCs/>
          <w:sz w:val="24"/>
          <w:szCs w:val="24"/>
          <w:lang w:val="lt-LT"/>
        </w:rPr>
        <w:t>Trumpas veiksmų algoritmas</w:t>
      </w:r>
    </w:p>
    <w:p w14:paraId="24FC1760" w14:textId="77777777" w:rsidR="007128E0" w:rsidRPr="007128E0" w:rsidRDefault="007128E0" w:rsidP="007128E0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Style w:val="Lentelstinklelis"/>
        <w:tblW w:w="15527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4657"/>
        <w:gridCol w:w="9028"/>
      </w:tblGrid>
      <w:tr w:rsidR="004F7F0D" w:rsidRPr="00EC6FF8" w14:paraId="5390CB04" w14:textId="77777777" w:rsidTr="007128E0">
        <w:trPr>
          <w:jc w:val="center"/>
        </w:trPr>
        <w:tc>
          <w:tcPr>
            <w:tcW w:w="1842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3EEEFF90" w14:textId="77777777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Žingsnis</w:t>
            </w:r>
          </w:p>
        </w:tc>
        <w:tc>
          <w:tcPr>
            <w:tcW w:w="465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71CF095B" w14:textId="77777777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Veiksmas</w:t>
            </w:r>
          </w:p>
        </w:tc>
        <w:tc>
          <w:tcPr>
            <w:tcW w:w="9028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2EA6E44B" w14:textId="77777777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Atsakingas asmuo</w:t>
            </w:r>
          </w:p>
        </w:tc>
      </w:tr>
      <w:tr w:rsidR="004F7F0D" w:rsidRPr="00C473D8" w14:paraId="1114E39A" w14:textId="77777777" w:rsidTr="007128E0">
        <w:trPr>
          <w:jc w:val="center"/>
        </w:trPr>
        <w:tc>
          <w:tcPr>
            <w:tcW w:w="1842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74C93403" w14:textId="5A85A56E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465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65DD55F1" w14:textId="77777777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Priimti ir patikrinti perspėjimą / nurodymą</w:t>
            </w:r>
          </w:p>
        </w:tc>
        <w:tc>
          <w:tcPr>
            <w:tcW w:w="9028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7736EC51" w14:textId="77777777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F7F0D" w:rsidRPr="00EC6FF8" w14:paraId="34453EC6" w14:textId="77777777" w:rsidTr="007128E0">
        <w:trPr>
          <w:jc w:val="center"/>
        </w:trPr>
        <w:tc>
          <w:tcPr>
            <w:tcW w:w="1842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696C4E4E" w14:textId="5428502A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465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7B04EB7C" w14:textId="77777777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Aktyvuoti pagrindinį patekimo būdą</w:t>
            </w:r>
          </w:p>
        </w:tc>
        <w:tc>
          <w:tcPr>
            <w:tcW w:w="9028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06CAFC7F" w14:textId="77777777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F7F0D" w:rsidRPr="00C473D8" w14:paraId="18B0AB56" w14:textId="77777777" w:rsidTr="007128E0">
        <w:trPr>
          <w:jc w:val="center"/>
        </w:trPr>
        <w:tc>
          <w:tcPr>
            <w:tcW w:w="1842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5F85F2F7" w14:textId="299847FB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465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30C6E10C" w14:textId="77777777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Sutrikus veikimui aktyvuoti atsarginį būdą </w:t>
            </w:r>
          </w:p>
        </w:tc>
        <w:tc>
          <w:tcPr>
            <w:tcW w:w="9028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58B451BD" w14:textId="77777777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F7F0D" w:rsidRPr="00C473D8" w14:paraId="6FCC5A04" w14:textId="77777777" w:rsidTr="007128E0">
        <w:trPr>
          <w:jc w:val="center"/>
        </w:trPr>
        <w:tc>
          <w:tcPr>
            <w:tcW w:w="1842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4CA9B664" w14:textId="520E312A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465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25C7045B" w14:textId="77777777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73F1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Išdėstyti ženklinimą ir nukreipti naudotojus</w:t>
            </w:r>
          </w:p>
        </w:tc>
        <w:tc>
          <w:tcPr>
            <w:tcW w:w="9028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5EFECB5B" w14:textId="77777777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F7F0D" w:rsidRPr="00EC6FF8" w14:paraId="7A7CF1CE" w14:textId="77777777" w:rsidTr="007128E0">
        <w:trPr>
          <w:jc w:val="center"/>
        </w:trPr>
        <w:tc>
          <w:tcPr>
            <w:tcW w:w="1842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0DA6443E" w14:textId="0580EEF4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35446F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4657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3E94AA82" w14:textId="77777777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73F1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Užregistruoti gedimą</w:t>
            </w:r>
          </w:p>
        </w:tc>
        <w:tc>
          <w:tcPr>
            <w:tcW w:w="9028" w:type="dxa"/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</w:tcPr>
          <w:p w14:paraId="685E089A" w14:textId="77777777" w:rsidR="004F7F0D" w:rsidRPr="00EC6FF8" w:rsidRDefault="004F7F0D" w:rsidP="00C239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26DCF370" w14:textId="77777777" w:rsidR="004F7F0D" w:rsidRDefault="004F7F0D" w:rsidP="00C473D8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4E0FEEE6" w14:textId="3B593FB2" w:rsidR="00C473D8" w:rsidRPr="004F7F0D" w:rsidRDefault="00C473D8" w:rsidP="00CA7C01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______________________________________________________</w:t>
      </w:r>
    </w:p>
    <w:sectPr w:rsidR="00C473D8" w:rsidRPr="004F7F0D" w:rsidSect="00CA7C01">
      <w:headerReference w:type="default" r:id="rId11"/>
      <w:footerReference w:type="default" r:id="rId12"/>
      <w:pgSz w:w="16838" w:h="11906" w:orient="landscape"/>
      <w:pgMar w:top="737" w:right="624" w:bottom="737" w:left="567" w:header="283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A80E7" w14:textId="77777777" w:rsidR="00C2301B" w:rsidRDefault="00C2301B">
      <w:pPr>
        <w:spacing w:after="0" w:line="240" w:lineRule="auto"/>
      </w:pPr>
      <w:r>
        <w:separator/>
      </w:r>
    </w:p>
  </w:endnote>
  <w:endnote w:type="continuationSeparator" w:id="0">
    <w:p w14:paraId="2D25D81C" w14:textId="77777777" w:rsidR="00C2301B" w:rsidRDefault="00C23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8AD09" w14:textId="77777777" w:rsidR="00930D12" w:rsidRPr="00AB1822" w:rsidRDefault="00930D12">
    <w:pPr>
      <w:pStyle w:val="Porat"/>
      <w:jc w:val="center"/>
      <w:rPr>
        <w:lang w:val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A02AF" w14:textId="77777777" w:rsidR="00C2301B" w:rsidRDefault="00C2301B">
      <w:pPr>
        <w:spacing w:after="0" w:line="240" w:lineRule="auto"/>
      </w:pPr>
      <w:r>
        <w:separator/>
      </w:r>
    </w:p>
  </w:footnote>
  <w:footnote w:type="continuationSeparator" w:id="0">
    <w:p w14:paraId="12E5CBC3" w14:textId="77777777" w:rsidR="00C2301B" w:rsidRDefault="00C23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8146304"/>
      <w:docPartObj>
        <w:docPartGallery w:val="Page Numbers (Top of Page)"/>
        <w:docPartUnique/>
      </w:docPartObj>
    </w:sdtPr>
    <w:sdtContent>
      <w:p w14:paraId="3D1DE431" w14:textId="75B266D0" w:rsidR="002D3174" w:rsidRDefault="002D317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7C49A9A4" w14:textId="5BD8427E" w:rsidR="06DF4DD2" w:rsidRDefault="06DF4DD2" w:rsidP="06DF4DD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C051E1"/>
    <w:multiLevelType w:val="hybridMultilevel"/>
    <w:tmpl w:val="E3E2D72E"/>
    <w:lvl w:ilvl="0" w:tplc="367476C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C85175"/>
    <w:multiLevelType w:val="hybridMultilevel"/>
    <w:tmpl w:val="C456D384"/>
    <w:lvl w:ilvl="0" w:tplc="28408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D841B3"/>
    <w:multiLevelType w:val="hybridMultilevel"/>
    <w:tmpl w:val="6316BD22"/>
    <w:lvl w:ilvl="0" w:tplc="7F3A554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D725C"/>
    <w:multiLevelType w:val="hybridMultilevel"/>
    <w:tmpl w:val="9028F6E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196515">
    <w:abstractNumId w:val="5"/>
  </w:num>
  <w:num w:numId="2" w16cid:durableId="13847532">
    <w:abstractNumId w:val="3"/>
  </w:num>
  <w:num w:numId="3" w16cid:durableId="1739209421">
    <w:abstractNumId w:val="4"/>
  </w:num>
  <w:num w:numId="4" w16cid:durableId="2110395502">
    <w:abstractNumId w:val="8"/>
  </w:num>
  <w:num w:numId="5" w16cid:durableId="383482565">
    <w:abstractNumId w:val="0"/>
  </w:num>
  <w:num w:numId="6" w16cid:durableId="495464413">
    <w:abstractNumId w:val="1"/>
  </w:num>
  <w:num w:numId="7" w16cid:durableId="726145512">
    <w:abstractNumId w:val="7"/>
  </w:num>
  <w:num w:numId="8" w16cid:durableId="881401778">
    <w:abstractNumId w:val="2"/>
  </w:num>
  <w:num w:numId="9" w16cid:durableId="951280894">
    <w:abstractNumId w:val="6"/>
  </w:num>
  <w:num w:numId="10" w16cid:durableId="1071150933">
    <w:abstractNumId w:val="12"/>
  </w:num>
  <w:num w:numId="11" w16cid:durableId="947545448">
    <w:abstractNumId w:val="10"/>
  </w:num>
  <w:num w:numId="12" w16cid:durableId="742725570">
    <w:abstractNumId w:val="11"/>
  </w:num>
  <w:num w:numId="13" w16cid:durableId="3657580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987"/>
    <w:rsid w:val="0006063C"/>
    <w:rsid w:val="00070FD0"/>
    <w:rsid w:val="0015074B"/>
    <w:rsid w:val="00157289"/>
    <w:rsid w:val="0018195E"/>
    <w:rsid w:val="001971BC"/>
    <w:rsid w:val="001C5D43"/>
    <w:rsid w:val="00294029"/>
    <w:rsid w:val="0029639D"/>
    <w:rsid w:val="002C13B7"/>
    <w:rsid w:val="002D3174"/>
    <w:rsid w:val="00326F90"/>
    <w:rsid w:val="003314D3"/>
    <w:rsid w:val="003703E7"/>
    <w:rsid w:val="003D72E3"/>
    <w:rsid w:val="003F7643"/>
    <w:rsid w:val="0040396B"/>
    <w:rsid w:val="004F7F0D"/>
    <w:rsid w:val="00526F06"/>
    <w:rsid w:val="005625CA"/>
    <w:rsid w:val="005833AA"/>
    <w:rsid w:val="0059186A"/>
    <w:rsid w:val="005C7831"/>
    <w:rsid w:val="005D5392"/>
    <w:rsid w:val="005E49E1"/>
    <w:rsid w:val="00642ADB"/>
    <w:rsid w:val="0069419E"/>
    <w:rsid w:val="006C3D04"/>
    <w:rsid w:val="006D7E8F"/>
    <w:rsid w:val="007128E0"/>
    <w:rsid w:val="00715AA9"/>
    <w:rsid w:val="00773F1E"/>
    <w:rsid w:val="00776074"/>
    <w:rsid w:val="007D4852"/>
    <w:rsid w:val="00815CCB"/>
    <w:rsid w:val="00837C7A"/>
    <w:rsid w:val="00844EEE"/>
    <w:rsid w:val="008A4D22"/>
    <w:rsid w:val="008F6210"/>
    <w:rsid w:val="00930D12"/>
    <w:rsid w:val="00942A2C"/>
    <w:rsid w:val="00960B32"/>
    <w:rsid w:val="00961A00"/>
    <w:rsid w:val="00971F49"/>
    <w:rsid w:val="00980A04"/>
    <w:rsid w:val="009C15A1"/>
    <w:rsid w:val="009C362E"/>
    <w:rsid w:val="009C5EB9"/>
    <w:rsid w:val="009D37A5"/>
    <w:rsid w:val="00A20FD1"/>
    <w:rsid w:val="00A402CA"/>
    <w:rsid w:val="00A61ED7"/>
    <w:rsid w:val="00AA1012"/>
    <w:rsid w:val="00AA1D8D"/>
    <w:rsid w:val="00AAE6AF"/>
    <w:rsid w:val="00AB1822"/>
    <w:rsid w:val="00AF1DFA"/>
    <w:rsid w:val="00B21029"/>
    <w:rsid w:val="00B421B9"/>
    <w:rsid w:val="00B43635"/>
    <w:rsid w:val="00B47730"/>
    <w:rsid w:val="00B72078"/>
    <w:rsid w:val="00B76B88"/>
    <w:rsid w:val="00B7798C"/>
    <w:rsid w:val="00BB7E4A"/>
    <w:rsid w:val="00BF4937"/>
    <w:rsid w:val="00BF5769"/>
    <w:rsid w:val="00C04FC2"/>
    <w:rsid w:val="00C2301B"/>
    <w:rsid w:val="00C473D8"/>
    <w:rsid w:val="00C72663"/>
    <w:rsid w:val="00C90779"/>
    <w:rsid w:val="00C91C10"/>
    <w:rsid w:val="00CA7C01"/>
    <w:rsid w:val="00CB0664"/>
    <w:rsid w:val="00D66313"/>
    <w:rsid w:val="00DA3D6F"/>
    <w:rsid w:val="00DB013F"/>
    <w:rsid w:val="00E01109"/>
    <w:rsid w:val="00EC6FF8"/>
    <w:rsid w:val="00F67BE3"/>
    <w:rsid w:val="00FA1134"/>
    <w:rsid w:val="00FC693F"/>
    <w:rsid w:val="012741A0"/>
    <w:rsid w:val="01B81606"/>
    <w:rsid w:val="063913F1"/>
    <w:rsid w:val="06DF4DD2"/>
    <w:rsid w:val="07A6631E"/>
    <w:rsid w:val="13932D45"/>
    <w:rsid w:val="147DC23F"/>
    <w:rsid w:val="15741BC3"/>
    <w:rsid w:val="15FF593A"/>
    <w:rsid w:val="17DF2F7F"/>
    <w:rsid w:val="1A3C2A96"/>
    <w:rsid w:val="1A4D6D1C"/>
    <w:rsid w:val="2071C9BD"/>
    <w:rsid w:val="234C58C6"/>
    <w:rsid w:val="24490EFD"/>
    <w:rsid w:val="25D49D6F"/>
    <w:rsid w:val="2C2E2F50"/>
    <w:rsid w:val="2C5E19BB"/>
    <w:rsid w:val="34F6594B"/>
    <w:rsid w:val="35446F0E"/>
    <w:rsid w:val="359306CD"/>
    <w:rsid w:val="3597AF2B"/>
    <w:rsid w:val="368FF46B"/>
    <w:rsid w:val="37DE9618"/>
    <w:rsid w:val="389C5B30"/>
    <w:rsid w:val="3A3DD696"/>
    <w:rsid w:val="3CEA0C3A"/>
    <w:rsid w:val="3E512F47"/>
    <w:rsid w:val="3FE60A59"/>
    <w:rsid w:val="49C3432D"/>
    <w:rsid w:val="4C489FAE"/>
    <w:rsid w:val="4F5271D2"/>
    <w:rsid w:val="4FB1B71B"/>
    <w:rsid w:val="50061504"/>
    <w:rsid w:val="501BC4B0"/>
    <w:rsid w:val="518710F7"/>
    <w:rsid w:val="53BADCDB"/>
    <w:rsid w:val="558DD5E8"/>
    <w:rsid w:val="5645EDEF"/>
    <w:rsid w:val="599BEE92"/>
    <w:rsid w:val="5CAEA120"/>
    <w:rsid w:val="5D223B96"/>
    <w:rsid w:val="5E2897C9"/>
    <w:rsid w:val="5F42D4D5"/>
    <w:rsid w:val="5FC0A7E3"/>
    <w:rsid w:val="5FF03E99"/>
    <w:rsid w:val="6420B2C2"/>
    <w:rsid w:val="6713A225"/>
    <w:rsid w:val="6732F045"/>
    <w:rsid w:val="67CBBCA7"/>
    <w:rsid w:val="69ABB4AF"/>
    <w:rsid w:val="6CE519F6"/>
    <w:rsid w:val="721584F2"/>
    <w:rsid w:val="74CABD63"/>
    <w:rsid w:val="797783D1"/>
    <w:rsid w:val="7CABB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52208A"/>
  <w14:defaultImageDpi w14:val="300"/>
  <w15:docId w15:val="{40226E41-C17F-4A26-8050-D7F399C0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93F"/>
    <w:pPr>
      <w:spacing w:after="20" w:line="228" w:lineRule="auto"/>
    </w:pPr>
    <w:rPr>
      <w:rFonts w:ascii="Arial" w:eastAsia="Arial" w:hAnsi="Arial"/>
      <w:sz w:val="17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4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9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7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2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8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Komentarotekstas">
    <w:name w:val="annotation text"/>
    <w:basedOn w:val="prastasis"/>
    <w:link w:val="KomentarotekstasDiagram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rFonts w:ascii="Arial" w:eastAsia="Arial" w:hAnsi="Arial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Pataisymai">
    <w:name w:val="Revision"/>
    <w:hidden/>
    <w:uiPriority w:val="99"/>
    <w:semiHidden/>
    <w:rsid w:val="00980A04"/>
    <w:pPr>
      <w:spacing w:after="0" w:line="240" w:lineRule="auto"/>
    </w:pPr>
    <w:rPr>
      <w:rFonts w:ascii="Arial" w:eastAsia="Arial" w:hAnsi="Arial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22" ma:contentTypeDescription="Kurkite naują dokumentą." ma:contentTypeScope="" ma:versionID="54a0950f9e9df34887075104ad0cf24d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8b4763a576f19cf75dcdfb95dc2351d1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Tags" minOccurs="0"/>
                <xsd:element ref="ns2:Statusa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Tags" ma:index="27" nillable="true" ma:displayName="Tags" ma:default="Įveskite pasirinkimą #1" ma:format="Dropdown" ma:internalName="Tags">
      <xsd:simpleType>
        <xsd:union memberTypes="dms:Text">
          <xsd:simpleType>
            <xsd:restriction base="dms:Choice">
              <xsd:enumeration value="Įveskite pasirinkimą #1"/>
              <xsd:enumeration value="Įveskite pasirinkimą #2"/>
              <xsd:enumeration value="Įveskite pasirinkimą #3"/>
            </xsd:restriction>
          </xsd:simpleType>
        </xsd:union>
      </xsd:simpleType>
    </xsd:element>
    <xsd:element name="Statusas" ma:index="28" nillable="true" ma:displayName="Statusas" ma:format="Dropdown" ma:internalName="Statusa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as xmlns="bd76807b-7035-44a2-93ee-9bb18f0b649c" xsi:nil="true"/>
    <Tags xmlns="bd76807b-7035-44a2-93ee-9bb18f0b649c">Įveskite pasirinkimą #1</Tags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5D0152-DFFE-4E56-B250-C2DF03753E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EA3D03-FD12-4BB4-8440-E1AB89A4C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094BCA-8204-46DD-934B-50ED7E394906}">
  <ds:schemaRefs>
    <ds:schemaRef ds:uri="http://schemas.microsoft.com/office/2006/metadata/properties"/>
    <ds:schemaRef ds:uri="http://schemas.microsoft.com/office/infopath/2007/PartnerControls"/>
    <ds:schemaRef ds:uri="bd76807b-7035-44a2-93ee-9bb18f0b649c"/>
    <ds:schemaRef ds:uri="07609231-acae-40b1-8992-26d1ec8f80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352</Words>
  <Characters>2604</Characters>
  <Application>Microsoft Office Word</Application>
  <DocSecurity>0</DocSecurity>
  <Lines>130</Lines>
  <Paragraphs>75</Paragraphs>
  <ScaleCrop>false</ScaleCrop>
  <Manager/>
  <Company/>
  <LinksUpToDate>false</LinksUpToDate>
  <CharactersWithSpaces>2881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Pastato / objekto atvėrimo planas, 2 puslapiai</dc:title>
  <dc:creator>Justina Avlas</dc:creator>
  <dc:description>generated by python-docx</dc:description>
  <cp:lastModifiedBy>Aistė Vaitkevičiūtė</cp:lastModifiedBy>
  <cp:revision>4</cp:revision>
  <dcterms:created xsi:type="dcterms:W3CDTF">2026-09-15T11:24:00Z</dcterms:created>
  <dcterms:modified xsi:type="dcterms:W3CDTF">2026-09-15T11:25:00Z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docLang">
    <vt:lpwstr>lt</vt:lpwstr>
  </property>
  <property fmtid="{D5CDD505-2E9C-101B-9397-08002B2CF9AE}" pid="4" name="MediaServiceImageTags">
    <vt:lpwstr/>
  </property>
</Properties>
</file>