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668"/>
      </w:tblGrid>
      <w:tr w:rsidR="009F386B" w:rsidRPr="00CB0185" w14:paraId="0A5DDCF0" w14:textId="77777777" w:rsidTr="00CB0185">
        <w:trPr>
          <w:trHeight w:val="136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246A44" w14:textId="77777777" w:rsidR="009F386B" w:rsidRPr="00CB0185" w:rsidRDefault="009F386B" w:rsidP="009F38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 </w:t>
            </w:r>
          </w:p>
        </w:tc>
        <w:tc>
          <w:tcPr>
            <w:tcW w:w="5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0D6163" w14:textId="77777777" w:rsidR="009F386B" w:rsidRPr="00CB0185" w:rsidRDefault="009F386B" w:rsidP="00CB0185">
            <w:pPr>
              <w:spacing w:after="0"/>
              <w:ind w:left="240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PATVIRTINTA </w:t>
            </w:r>
          </w:p>
          <w:p w14:paraId="326D6AE1" w14:textId="77777777" w:rsidR="00CB0185" w:rsidRPr="00CB0185" w:rsidRDefault="009F386B" w:rsidP="00CB0185">
            <w:pPr>
              <w:spacing w:after="0"/>
              <w:ind w:left="240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Vilniaus miesto savivaldybės </w:t>
            </w:r>
          </w:p>
          <w:p w14:paraId="335DCCA9" w14:textId="5DE8435F" w:rsidR="009F386B" w:rsidRPr="00CB0185" w:rsidRDefault="009F386B" w:rsidP="00CB0185">
            <w:pPr>
              <w:spacing w:after="0"/>
              <w:ind w:left="240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administracijos direktoriaus </w:t>
            </w:r>
          </w:p>
          <w:p w14:paraId="308143FE" w14:textId="5FBD6CD4" w:rsidR="009F386B" w:rsidRPr="00CB0185" w:rsidRDefault="009F386B" w:rsidP="00CB0185">
            <w:pPr>
              <w:spacing w:after="0"/>
              <w:ind w:left="240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 </w:t>
            </w:r>
            <w:r w:rsidR="00245A4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rugsėjo 15 d.</w:t>
            </w: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 </w:t>
            </w:r>
          </w:p>
          <w:p w14:paraId="6A1A3486" w14:textId="14C0925D" w:rsidR="009F386B" w:rsidRPr="00CB0185" w:rsidRDefault="009F386B" w:rsidP="00CB0185">
            <w:pPr>
              <w:spacing w:after="0"/>
              <w:ind w:left="2408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įsakymu Nr. </w:t>
            </w:r>
            <w:r w:rsidR="00245A4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30-2365/26</w:t>
            </w:r>
          </w:p>
        </w:tc>
      </w:tr>
    </w:tbl>
    <w:p w14:paraId="588D3425" w14:textId="77777777" w:rsidR="00CB0185" w:rsidRDefault="00CB0185" w:rsidP="000B0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1FDC9777" w14:textId="5065FAC2" w:rsidR="000B0915" w:rsidRDefault="000B0915" w:rsidP="000B0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(</w:t>
      </w:r>
      <w:r w:rsidRPr="000B091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Projekto įgyvendinimo 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ataskaitos forma)</w:t>
      </w:r>
    </w:p>
    <w:p w14:paraId="737E71CB" w14:textId="77777777" w:rsidR="000B0915" w:rsidRPr="00CB0185" w:rsidRDefault="000B0915" w:rsidP="000B0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3CA2740B" w14:textId="25FEAD0D" w:rsidR="00A0002C" w:rsidRPr="00CB0185" w:rsidRDefault="00081648" w:rsidP="000B09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CB018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PROJEKTO ĮGYVENDINIMO </w:t>
      </w:r>
      <w:r w:rsidR="000B0915">
        <w:rPr>
          <w:rFonts w:ascii="Times New Roman" w:hAnsi="Times New Roman" w:cs="Times New Roman"/>
          <w:b/>
          <w:bCs/>
          <w:sz w:val="24"/>
          <w:szCs w:val="24"/>
          <w:lang w:val="lt-LT"/>
        </w:rPr>
        <w:t>ATASKAITA</w:t>
      </w:r>
    </w:p>
    <w:p w14:paraId="51D1A7B5" w14:textId="77777777" w:rsidR="000B0915" w:rsidRDefault="000B0915" w:rsidP="000B0915">
      <w:pPr>
        <w:spacing w:after="0"/>
        <w:rPr>
          <w:rFonts w:ascii="Times New Roman" w:hAnsi="Times New Roman" w:cs="Times New Roman"/>
          <w:b/>
          <w:bCs/>
          <w:i/>
          <w:iCs/>
          <w:color w:val="BFBFBF" w:themeColor="background1" w:themeShade="BF"/>
          <w:sz w:val="22"/>
          <w:lang w:val="lt-LT"/>
        </w:rPr>
      </w:pPr>
    </w:p>
    <w:p w14:paraId="509B4DA3" w14:textId="5A4630F9" w:rsidR="00EA50EB" w:rsidRDefault="00BA500D" w:rsidP="000B0915">
      <w:pPr>
        <w:spacing w:after="0"/>
        <w:rPr>
          <w:rFonts w:ascii="Times New Roman" w:hAnsi="Times New Roman" w:cs="Times New Roman"/>
          <w:i/>
          <w:iCs/>
          <w:color w:val="BFBFBF" w:themeColor="background1" w:themeShade="BF"/>
          <w:sz w:val="22"/>
          <w:lang w:val="lt-LT"/>
        </w:rPr>
      </w:pPr>
      <w:r w:rsidRPr="00CB0185">
        <w:rPr>
          <w:rFonts w:ascii="Times New Roman" w:hAnsi="Times New Roman" w:cs="Times New Roman"/>
          <w:b/>
          <w:bCs/>
          <w:i/>
          <w:iCs/>
          <w:color w:val="BFBFBF" w:themeColor="background1" w:themeShade="BF"/>
          <w:sz w:val="22"/>
          <w:lang w:val="lt-LT"/>
        </w:rPr>
        <w:t xml:space="preserve">Pastaba. </w:t>
      </w:r>
      <w:r w:rsidRPr="00CB0185">
        <w:rPr>
          <w:rFonts w:ascii="Times New Roman" w:hAnsi="Times New Roman" w:cs="Times New Roman"/>
          <w:i/>
          <w:iCs/>
          <w:color w:val="BFBFBF" w:themeColor="background1" w:themeShade="BF"/>
          <w:sz w:val="22"/>
          <w:lang w:val="lt-LT"/>
        </w:rPr>
        <w:t>Forma pildoma pagal konkrečiai finansavimo sutarčiai taikomas sąlygas. Savivaldybė gali prašyti papildomų dokumentų ar paaiškinimų, būtinų išlaidų tinkamumui ir projekto įgyvendinimui įvertinti.</w:t>
      </w:r>
    </w:p>
    <w:p w14:paraId="0840D8FA" w14:textId="77777777" w:rsidR="000B0915" w:rsidRPr="00CB0185" w:rsidRDefault="000B0915" w:rsidP="000B0915">
      <w:pPr>
        <w:spacing w:after="0"/>
        <w:rPr>
          <w:rFonts w:ascii="Times New Roman" w:hAnsi="Times New Roman" w:cs="Times New Roman"/>
          <w:i/>
          <w:iCs/>
          <w:color w:val="BFBFBF" w:themeColor="background1" w:themeShade="BF"/>
          <w:sz w:val="22"/>
          <w:lang w:val="lt-LT"/>
        </w:rPr>
      </w:pP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3700"/>
        <w:gridCol w:w="6390"/>
      </w:tblGrid>
      <w:tr w:rsidR="00A0002C" w:rsidRPr="00CB0185" w14:paraId="4AB04C3B" w14:textId="77777777" w:rsidTr="00DF15F4">
        <w:trPr>
          <w:jc w:val="center"/>
        </w:trPr>
        <w:tc>
          <w:tcPr>
            <w:tcW w:w="3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4A8C4F" w14:textId="40695BD4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Ataskaitos data </w:t>
            </w:r>
          </w:p>
        </w:tc>
        <w:tc>
          <w:tcPr>
            <w:tcW w:w="639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F58306" w14:textId="1D31C568" w:rsidR="00A0002C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1973786601"/>
                <w:placeholder>
                  <w:docPart w:val="DefaultPlaceholder_-1854013437"/>
                </w:placeholder>
                <w:showingPlcHdr/>
                <w:date>
                  <w:dateFormat w:val="yyyy 'm.' MMMM d 'd.'"/>
                  <w:lid w:val="lt-LT"/>
                  <w:storeMappedDataAs w:val="dateTime"/>
                  <w:calendar w:val="gregorian"/>
                </w:date>
              </w:sdtPr>
              <w:sdtContent>
                <w:r w:rsidR="00F50F19" w:rsidRPr="00CB0185">
                  <w:rPr>
                    <w:rStyle w:val="Vietosrezervavimoenklotekstas"/>
                    <w:rFonts w:ascii="Times New Roman" w:hAnsi="Times New Roman" w:cs="Times New Roman"/>
                    <w:lang w:val="lt-LT"/>
                  </w:rPr>
                  <w:t>Norėdami įvesti datą, spustelėkite arba bakstelėkite čia.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Nr._______</w:t>
            </w:r>
          </w:p>
        </w:tc>
      </w:tr>
      <w:tr w:rsidR="00A0002C" w:rsidRPr="00CB0185" w14:paraId="29CCB980" w14:textId="77777777" w:rsidTr="00DF15F4">
        <w:trPr>
          <w:jc w:val="center"/>
        </w:trPr>
        <w:tc>
          <w:tcPr>
            <w:tcW w:w="3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693F1C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Finansavimo gavėjas</w:t>
            </w:r>
          </w:p>
        </w:tc>
        <w:tc>
          <w:tcPr>
            <w:tcW w:w="639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A7008C" w14:textId="33C3CD48" w:rsidR="00A0002C" w:rsidRPr="00CB0185" w:rsidRDefault="00A0002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CB0185" w14:paraId="33AC817E" w14:textId="77777777" w:rsidTr="00DF15F4">
        <w:trPr>
          <w:jc w:val="center"/>
        </w:trPr>
        <w:tc>
          <w:tcPr>
            <w:tcW w:w="3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F537A5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Juridinio / fizinio asmens kodas</w:t>
            </w:r>
          </w:p>
        </w:tc>
        <w:tc>
          <w:tcPr>
            <w:tcW w:w="639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648E1B" w14:textId="79A7071D" w:rsidR="00A0002C" w:rsidRPr="00CB0185" w:rsidRDefault="00A0002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0B0915" w14:paraId="4C37C5BC" w14:textId="77777777" w:rsidTr="00DF15F4">
        <w:trPr>
          <w:jc w:val="center"/>
        </w:trPr>
        <w:tc>
          <w:tcPr>
            <w:tcW w:w="3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F096E3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Objekto adresas ir unikalus Nr.</w:t>
            </w:r>
          </w:p>
        </w:tc>
        <w:tc>
          <w:tcPr>
            <w:tcW w:w="639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D973AE" w14:textId="17C8DA13" w:rsidR="00A0002C" w:rsidRPr="00CB0185" w:rsidRDefault="00A0002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0B0915" w14:paraId="3D7051F8" w14:textId="77777777" w:rsidTr="00DF15F4">
        <w:trPr>
          <w:jc w:val="center"/>
        </w:trPr>
        <w:tc>
          <w:tcPr>
            <w:tcW w:w="3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A61365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Finansavimo sutarties data ir Nr.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lt-LT"/>
            </w:rPr>
            <w:id w:val="-1670477799"/>
            <w:placeholder>
              <w:docPart w:val="DefaultPlaceholder_-1854013437"/>
            </w:placeholder>
            <w:showingPlcHdr/>
            <w:date>
              <w:dateFormat w:val="yyyy 'm.' MMMM d 'd.'"/>
              <w:lid w:val="lt-LT"/>
              <w:storeMappedDataAs w:val="dateTime"/>
              <w:calendar w:val="gregorian"/>
            </w:date>
          </w:sdtPr>
          <w:sdtContent>
            <w:tc>
              <w:tcPr>
                <w:tcW w:w="6390" w:type="dxa"/>
                <w:tcMar>
                  <w:top w:w="80" w:type="dxa"/>
                  <w:left w:w="100" w:type="dxa"/>
                  <w:bottom w:w="80" w:type="dxa"/>
                  <w:right w:w="100" w:type="dxa"/>
                </w:tcMar>
                <w:vAlign w:val="center"/>
              </w:tcPr>
              <w:p w14:paraId="4142DEF6" w14:textId="44DA24C3" w:rsidR="00A0002C" w:rsidRPr="00CB0185" w:rsidRDefault="0051659F">
                <w:pPr>
                  <w:rPr>
                    <w:rFonts w:ascii="Times New Roman" w:hAnsi="Times New Roman" w:cs="Times New Roman"/>
                    <w:sz w:val="24"/>
                    <w:szCs w:val="24"/>
                    <w:lang w:val="lt-LT"/>
                  </w:rPr>
                </w:pPr>
                <w:r w:rsidRPr="00CB0185">
                  <w:rPr>
                    <w:rStyle w:val="Vietosrezervavimoenklotekstas"/>
                    <w:rFonts w:ascii="Times New Roman" w:hAnsi="Times New Roman" w:cs="Times New Roman"/>
                    <w:lang w:val="lt-LT"/>
                  </w:rPr>
                  <w:t>Norėdami įvesti datą, spustelėkite arba bakstelėkite čia.</w:t>
                </w:r>
              </w:p>
            </w:tc>
          </w:sdtContent>
        </w:sdt>
      </w:tr>
      <w:tr w:rsidR="00A0002C" w:rsidRPr="000B0915" w14:paraId="32287739" w14:textId="77777777" w:rsidTr="00DF15F4">
        <w:trPr>
          <w:jc w:val="center"/>
        </w:trPr>
        <w:tc>
          <w:tcPr>
            <w:tcW w:w="3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055F54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Finansavimo priemonė</w:t>
            </w:r>
          </w:p>
        </w:tc>
        <w:tc>
          <w:tcPr>
            <w:tcW w:w="639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7BCAD1" w14:textId="54E6BA5A" w:rsidR="006A4A93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-1826818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8D7400B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</w:t>
            </w:r>
            <w:r w:rsidR="006A4A93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CB0185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atekimo sprendinys  </w:t>
            </w:r>
          </w:p>
          <w:p w14:paraId="6160DEDC" w14:textId="234F7D2D" w:rsidR="006A4A93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-20109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642B414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II</w:t>
            </w:r>
            <w:r w:rsidR="006A4A93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CB0185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</w:t>
            </w:r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angų apsauga  </w:t>
            </w:r>
          </w:p>
          <w:p w14:paraId="7E26D0E2" w14:textId="024124F9" w:rsidR="00A0002C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87967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B414153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III</w:t>
            </w:r>
            <w:r w:rsidR="006A4A93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CB0185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rojektinis dokumentas / papildomi darbai</w:t>
            </w:r>
          </w:p>
        </w:tc>
      </w:tr>
      <w:tr w:rsidR="00A0002C" w:rsidRPr="00CB0185" w14:paraId="5E746F08" w14:textId="77777777" w:rsidTr="00DF15F4">
        <w:trPr>
          <w:jc w:val="center"/>
        </w:trPr>
        <w:tc>
          <w:tcPr>
            <w:tcW w:w="3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7288C4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Išmokėjimo būdas</w:t>
            </w:r>
          </w:p>
        </w:tc>
        <w:tc>
          <w:tcPr>
            <w:tcW w:w="639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DC3D6A" w14:textId="1F3F77C1" w:rsidR="006A4A93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154587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380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CB0185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</w:t>
            </w:r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ompensavimo </w:t>
            </w:r>
          </w:p>
          <w:p w14:paraId="25F5B6D9" w14:textId="55D04A67" w:rsidR="00A0002C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-149224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385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CB0185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</w:t>
            </w:r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iesioginio apmokėjimo</w:t>
            </w:r>
          </w:p>
        </w:tc>
      </w:tr>
    </w:tbl>
    <w:p w14:paraId="70BE2E1C" w14:textId="77777777" w:rsidR="00A0002C" w:rsidRPr="00CB0185" w:rsidRDefault="000B4FAF">
      <w:pPr>
        <w:pStyle w:val="Antrat1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CB0185">
        <w:rPr>
          <w:rFonts w:ascii="Times New Roman" w:hAnsi="Times New Roman" w:cs="Times New Roman"/>
          <w:color w:val="auto"/>
          <w:sz w:val="24"/>
          <w:szCs w:val="24"/>
          <w:lang w:val="lt-LT"/>
        </w:rPr>
        <w:t>1. Projekto įgyvendinimo santrauka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719"/>
      </w:tblGrid>
      <w:tr w:rsidR="00A0002C" w:rsidRPr="000B0915" w14:paraId="1770EBA9" w14:textId="77777777" w:rsidTr="00DF15F4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FBDF02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Įgyvendintos veiklos / atlikti darbai</w:t>
            </w:r>
          </w:p>
        </w:tc>
        <w:tc>
          <w:tcPr>
            <w:tcW w:w="67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A72CDD" w14:textId="71AAC3E7" w:rsidR="00A0002C" w:rsidRPr="00CB0185" w:rsidRDefault="00BD69C8" w:rsidP="5684CAD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 xml:space="preserve">Aprašyti </w:t>
            </w:r>
            <w:r w:rsidR="00EC6A8C" w:rsidRPr="00CB018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atliktus darbus</w:t>
            </w:r>
            <w:r w:rsidR="000E71D5" w:rsidRPr="00CB018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, įgyvendintas priemones</w:t>
            </w:r>
          </w:p>
        </w:tc>
      </w:tr>
      <w:tr w:rsidR="00A0002C" w:rsidRPr="000B0915" w14:paraId="3CAC0DEB" w14:textId="77777777" w:rsidTr="00DF15F4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C56C20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Nukrypimai nuo paraiškos ar sutarties</w:t>
            </w:r>
          </w:p>
        </w:tc>
        <w:tc>
          <w:tcPr>
            <w:tcW w:w="67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DD5521" w14:textId="754D01E5" w:rsidR="000E67BE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-1476523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A26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CB0185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</w:t>
            </w:r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ebuvo   </w:t>
            </w:r>
          </w:p>
          <w:p w14:paraId="1CD1EE34" w14:textId="33CA2756" w:rsidR="00A0002C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-132526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4380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CB0185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</w:t>
            </w:r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uvo, gautas išankstinis rašytinis Savivaldybės pritarimas</w:t>
            </w:r>
            <w:r w:rsidR="00CB4380" w:rsidRPr="00CB0185">
              <w:rPr>
                <w:rFonts w:ascii="Times New Roman" w:hAnsi="Times New Roman" w:cs="Times New Roman"/>
                <w:lang w:val="lt-LT"/>
              </w:rPr>
              <w:br/>
            </w:r>
            <w:r w:rsidR="000B4FAF" w:rsidRPr="00CB018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 xml:space="preserve">Paaiškinimas: </w:t>
            </w:r>
            <w:r w:rsidR="4094346E" w:rsidRPr="00CB018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pvz</w:t>
            </w:r>
            <w:r w:rsidR="00BD69C8" w:rsidRPr="00CB018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.,</w:t>
            </w:r>
            <w:r w:rsidR="4094346E" w:rsidRPr="00CB018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 xml:space="preserve"> buvo gautas patikslinimas xxx, tikslinta xxx</w:t>
            </w:r>
          </w:p>
        </w:tc>
      </w:tr>
      <w:tr w:rsidR="00A0002C" w:rsidRPr="000B0915" w14:paraId="12934695" w14:textId="77777777" w:rsidTr="00DF15F4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9EBFB9" w14:textId="6248FF11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Darbų užbaigimo data</w:t>
            </w:r>
          </w:p>
        </w:tc>
        <w:tc>
          <w:tcPr>
            <w:tcW w:w="67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2DDD64" w14:textId="00D2BC65" w:rsidR="00A0002C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-156999456"/>
                <w:placeholder>
                  <w:docPart w:val="DefaultPlaceholder_-1854013437"/>
                </w:placeholder>
                <w:showingPlcHdr/>
                <w:date>
                  <w:dateFormat w:val="yyyy 'm.' MMMM d 'd.'"/>
                  <w:lid w:val="lt-LT"/>
                  <w:storeMappedDataAs w:val="dateTime"/>
                  <w:calendar w:val="gregorian"/>
                </w:date>
              </w:sdtPr>
              <w:sdtContent>
                <w:r w:rsidR="00A83A32" w:rsidRPr="00CB0185">
                  <w:rPr>
                    <w:rStyle w:val="Vietosrezervavimoenklotekstas"/>
                    <w:rFonts w:ascii="Times New Roman" w:hAnsi="Times New Roman" w:cs="Times New Roman"/>
                    <w:lang w:val="lt-LT"/>
                  </w:rPr>
                  <w:t>Norėdami įvesti datą, spustelėkite arba bakstelėkite čia.</w:t>
                </w:r>
              </w:sdtContent>
            </w:sdt>
          </w:p>
        </w:tc>
      </w:tr>
    </w:tbl>
    <w:p w14:paraId="37078258" w14:textId="77777777" w:rsidR="00A0002C" w:rsidRPr="00CB0185" w:rsidRDefault="000B4FAF">
      <w:pPr>
        <w:pStyle w:val="Antrat1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CB0185">
        <w:rPr>
          <w:rFonts w:ascii="Times New Roman" w:hAnsi="Times New Roman" w:cs="Times New Roman"/>
          <w:color w:val="auto"/>
          <w:sz w:val="24"/>
          <w:szCs w:val="24"/>
          <w:lang w:val="lt-LT"/>
        </w:rPr>
        <w:t>2. Išlaidų suvestinė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2744"/>
        <w:gridCol w:w="1620"/>
        <w:gridCol w:w="1620"/>
        <w:gridCol w:w="1620"/>
        <w:gridCol w:w="1867"/>
      </w:tblGrid>
      <w:tr w:rsidR="00BD69C8" w:rsidRPr="00CB0185" w14:paraId="2A8A1CB0" w14:textId="77777777" w:rsidTr="00DF15F4">
        <w:trPr>
          <w:tblHeader/>
          <w:jc w:val="center"/>
        </w:trPr>
        <w:tc>
          <w:tcPr>
            <w:tcW w:w="6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2036FF" w14:textId="77777777" w:rsidR="00BD69C8" w:rsidRPr="00CB0185" w:rsidRDefault="00BD69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27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EAA3FD" w14:textId="77777777" w:rsidR="00BD69C8" w:rsidRPr="00CB0185" w:rsidRDefault="00BD69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Išlaidos / dokumentas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A1E21A" w14:textId="6D53D86B" w:rsidR="00BD69C8" w:rsidRPr="00CB0185" w:rsidRDefault="00BD69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Sąskaitos data Nr.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6BB3F7" w14:textId="44A27A54" w:rsidR="00BD69C8" w:rsidRPr="00CB0185" w:rsidRDefault="00BD69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Tinkama suma Eur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E41799" w14:textId="283BD34A" w:rsidR="00BD69C8" w:rsidRPr="00CB0185" w:rsidRDefault="00BD69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Savivaldybės dalis Eur</w:t>
            </w:r>
          </w:p>
        </w:tc>
        <w:tc>
          <w:tcPr>
            <w:tcW w:w="18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6A0EA3" w14:textId="1A259181" w:rsidR="00BD69C8" w:rsidRPr="00CB0185" w:rsidRDefault="00BD69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Nuosava dalis Eur</w:t>
            </w:r>
          </w:p>
        </w:tc>
      </w:tr>
      <w:tr w:rsidR="00BD69C8" w:rsidRPr="000B0915" w14:paraId="42BDEF1C" w14:textId="77777777" w:rsidTr="00DF15F4">
        <w:trPr>
          <w:jc w:val="center"/>
        </w:trPr>
        <w:tc>
          <w:tcPr>
            <w:tcW w:w="6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7B51EC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27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02973D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lt-LT"/>
            </w:rPr>
            <w:id w:val="-1590691759"/>
            <w:placeholder>
              <w:docPart w:val="637077735DF047A9B561B56E13ADD24C"/>
            </w:placeholder>
            <w:showingPlcHdr/>
            <w:date>
              <w:dateFormat w:val="yyyy-MM-dd"/>
              <w:lid w:val="lt-LT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tcMar>
                  <w:top w:w="80" w:type="dxa"/>
                  <w:left w:w="100" w:type="dxa"/>
                  <w:bottom w:w="80" w:type="dxa"/>
                  <w:right w:w="100" w:type="dxa"/>
                </w:tcMar>
                <w:vAlign w:val="center"/>
              </w:tcPr>
              <w:p w14:paraId="4370C418" w14:textId="5D2D1E16" w:rsidR="00BD69C8" w:rsidRPr="00CB0185" w:rsidRDefault="00BD69C8">
                <w:pPr>
                  <w:rPr>
                    <w:rFonts w:ascii="Times New Roman" w:hAnsi="Times New Roman" w:cs="Times New Roman"/>
                    <w:sz w:val="24"/>
                    <w:szCs w:val="24"/>
                    <w:lang w:val="lt-LT"/>
                  </w:rPr>
                </w:pPr>
                <w:r w:rsidRPr="00CB0185">
                  <w:rPr>
                    <w:rStyle w:val="Vietosrezervavimoenklotekstas"/>
                    <w:rFonts w:ascii="Times New Roman" w:hAnsi="Times New Roman" w:cs="Times New Roman"/>
                    <w:lang w:val="lt-LT"/>
                  </w:rPr>
                  <w:t>Norėdami įvesti datą, spustelėkite arba bakstelėkite čia.</w:t>
                </w:r>
              </w:p>
            </w:tc>
          </w:sdtContent>
        </w:sdt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1FAAC1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E68661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8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BE1008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D69C8" w:rsidRPr="000B0915" w14:paraId="75EF16E0" w14:textId="77777777" w:rsidTr="00DF15F4">
        <w:trPr>
          <w:jc w:val="center"/>
        </w:trPr>
        <w:tc>
          <w:tcPr>
            <w:tcW w:w="6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8ACE3B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</w:t>
            </w:r>
          </w:p>
        </w:tc>
        <w:tc>
          <w:tcPr>
            <w:tcW w:w="27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1664BB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lt-LT"/>
            </w:rPr>
            <w:id w:val="1162198688"/>
            <w:placeholder>
              <w:docPart w:val="637077735DF047A9B561B56E13ADD24C"/>
            </w:placeholder>
            <w:showingPlcHdr/>
            <w:date>
              <w:dateFormat w:val="yyyy-MM-dd"/>
              <w:lid w:val="lt-LT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tcMar>
                  <w:top w:w="80" w:type="dxa"/>
                  <w:left w:w="100" w:type="dxa"/>
                  <w:bottom w:w="80" w:type="dxa"/>
                  <w:right w:w="100" w:type="dxa"/>
                </w:tcMar>
                <w:vAlign w:val="center"/>
              </w:tcPr>
              <w:p w14:paraId="612335B8" w14:textId="36563D95" w:rsidR="00BD69C8" w:rsidRPr="00CB0185" w:rsidRDefault="00BD69C8">
                <w:pPr>
                  <w:rPr>
                    <w:rFonts w:ascii="Times New Roman" w:hAnsi="Times New Roman" w:cs="Times New Roman"/>
                    <w:sz w:val="24"/>
                    <w:szCs w:val="24"/>
                    <w:lang w:val="lt-LT"/>
                  </w:rPr>
                </w:pPr>
                <w:r w:rsidRPr="00CB0185">
                  <w:rPr>
                    <w:rStyle w:val="Vietosrezervavimoenklotekstas"/>
                    <w:rFonts w:ascii="Times New Roman" w:hAnsi="Times New Roman" w:cs="Times New Roman"/>
                    <w:lang w:val="lt-LT"/>
                  </w:rPr>
                  <w:t>Norėdami įvesti datą, spustelėkite arba bakstelėkite čia.</w:t>
                </w:r>
              </w:p>
            </w:tc>
          </w:sdtContent>
        </w:sdt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D0C13E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92227E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8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4213BE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D69C8" w:rsidRPr="000B0915" w14:paraId="27F18124" w14:textId="77777777" w:rsidTr="00DF15F4">
        <w:trPr>
          <w:jc w:val="center"/>
        </w:trPr>
        <w:tc>
          <w:tcPr>
            <w:tcW w:w="6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4D7A98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27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6516B9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lt-LT"/>
            </w:rPr>
            <w:id w:val="-1433821078"/>
            <w:placeholder>
              <w:docPart w:val="637077735DF047A9B561B56E13ADD24C"/>
            </w:placeholder>
            <w:showingPlcHdr/>
            <w:date>
              <w:dateFormat w:val="yyyy-MM-dd"/>
              <w:lid w:val="lt-LT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tcMar>
                  <w:top w:w="80" w:type="dxa"/>
                  <w:left w:w="100" w:type="dxa"/>
                  <w:bottom w:w="80" w:type="dxa"/>
                  <w:right w:w="100" w:type="dxa"/>
                </w:tcMar>
                <w:vAlign w:val="center"/>
              </w:tcPr>
              <w:p w14:paraId="2C259AA3" w14:textId="35241CAD" w:rsidR="00BD69C8" w:rsidRPr="00CB0185" w:rsidRDefault="00BD69C8">
                <w:pPr>
                  <w:rPr>
                    <w:rFonts w:ascii="Times New Roman" w:hAnsi="Times New Roman" w:cs="Times New Roman"/>
                    <w:sz w:val="24"/>
                    <w:szCs w:val="24"/>
                    <w:lang w:val="lt-LT"/>
                  </w:rPr>
                </w:pPr>
                <w:r w:rsidRPr="00CB0185">
                  <w:rPr>
                    <w:rStyle w:val="Vietosrezervavimoenklotekstas"/>
                    <w:rFonts w:ascii="Times New Roman" w:hAnsi="Times New Roman" w:cs="Times New Roman"/>
                    <w:lang w:val="lt-LT"/>
                  </w:rPr>
                  <w:t>Norėdami įvesti datą, spustelėkite arba bakstelėkite čia.</w:t>
                </w:r>
              </w:p>
            </w:tc>
          </w:sdtContent>
        </w:sdt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AA3A7A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923D4D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8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468ACA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D69C8" w:rsidRPr="000B0915" w14:paraId="07F07922" w14:textId="77777777" w:rsidTr="00DF15F4">
        <w:trPr>
          <w:jc w:val="center"/>
        </w:trPr>
        <w:tc>
          <w:tcPr>
            <w:tcW w:w="6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F4062F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27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9E3D8D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lt-LT"/>
            </w:rPr>
            <w:id w:val="1817921874"/>
            <w:placeholder>
              <w:docPart w:val="637077735DF047A9B561B56E13ADD24C"/>
            </w:placeholder>
            <w:showingPlcHdr/>
            <w:date>
              <w:dateFormat w:val="yyyy-MM-dd"/>
              <w:lid w:val="lt-LT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tcMar>
                  <w:top w:w="80" w:type="dxa"/>
                  <w:left w:w="100" w:type="dxa"/>
                  <w:bottom w:w="80" w:type="dxa"/>
                  <w:right w:w="100" w:type="dxa"/>
                </w:tcMar>
                <w:vAlign w:val="center"/>
              </w:tcPr>
              <w:p w14:paraId="73AC0317" w14:textId="0BDC14E6" w:rsidR="00BD69C8" w:rsidRPr="00CB0185" w:rsidRDefault="00BD69C8">
                <w:pPr>
                  <w:rPr>
                    <w:rFonts w:ascii="Times New Roman" w:hAnsi="Times New Roman" w:cs="Times New Roman"/>
                    <w:sz w:val="24"/>
                    <w:szCs w:val="24"/>
                    <w:lang w:val="lt-LT"/>
                  </w:rPr>
                </w:pPr>
                <w:r w:rsidRPr="00CB0185">
                  <w:rPr>
                    <w:rStyle w:val="Vietosrezervavimoenklotekstas"/>
                    <w:rFonts w:ascii="Times New Roman" w:hAnsi="Times New Roman" w:cs="Times New Roman"/>
                    <w:lang w:val="lt-LT"/>
                  </w:rPr>
                  <w:t>Norėdami įvesti datą, spustelėkite arba bakstelėkite čia.</w:t>
                </w:r>
              </w:p>
            </w:tc>
          </w:sdtContent>
        </w:sdt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FF8464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6ADB1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8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C2566F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D69C8" w:rsidRPr="000B0915" w14:paraId="0B0E7108" w14:textId="77777777" w:rsidTr="00DF15F4">
        <w:trPr>
          <w:jc w:val="center"/>
        </w:trPr>
        <w:tc>
          <w:tcPr>
            <w:tcW w:w="6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63CC5E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27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A402C6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lt-LT"/>
            </w:rPr>
            <w:id w:val="-756282105"/>
            <w:placeholder>
              <w:docPart w:val="637077735DF047A9B561B56E13ADD24C"/>
            </w:placeholder>
            <w:showingPlcHdr/>
            <w:date>
              <w:dateFormat w:val="yyyy-MM-dd"/>
              <w:lid w:val="lt-LT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tcMar>
                  <w:top w:w="80" w:type="dxa"/>
                  <w:left w:w="100" w:type="dxa"/>
                  <w:bottom w:w="80" w:type="dxa"/>
                  <w:right w:w="100" w:type="dxa"/>
                </w:tcMar>
                <w:vAlign w:val="center"/>
              </w:tcPr>
              <w:p w14:paraId="090B2A7E" w14:textId="7FDE6568" w:rsidR="00BD69C8" w:rsidRPr="00CB0185" w:rsidRDefault="00BD69C8">
                <w:pPr>
                  <w:rPr>
                    <w:rFonts w:ascii="Times New Roman" w:hAnsi="Times New Roman" w:cs="Times New Roman"/>
                    <w:sz w:val="24"/>
                    <w:szCs w:val="24"/>
                    <w:lang w:val="lt-LT"/>
                  </w:rPr>
                </w:pPr>
                <w:r w:rsidRPr="00CB0185">
                  <w:rPr>
                    <w:rStyle w:val="Vietosrezervavimoenklotekstas"/>
                    <w:rFonts w:ascii="Times New Roman" w:hAnsi="Times New Roman" w:cs="Times New Roman"/>
                    <w:lang w:val="lt-LT"/>
                  </w:rPr>
                  <w:t>Norėdami įvesti datą, spustelėkite arba bakstelėkite čia.</w:t>
                </w:r>
              </w:p>
            </w:tc>
          </w:sdtContent>
        </w:sdt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69DEF8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9B969A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8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ED68DC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D69C8" w:rsidRPr="000B0915" w14:paraId="3F902025" w14:textId="77777777" w:rsidTr="00DF15F4">
        <w:trPr>
          <w:jc w:val="center"/>
        </w:trPr>
        <w:tc>
          <w:tcPr>
            <w:tcW w:w="6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13067E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274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ECDE4A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lt-LT"/>
            </w:rPr>
            <w:id w:val="962455973"/>
            <w:placeholder>
              <w:docPart w:val="637077735DF047A9B561B56E13ADD24C"/>
            </w:placeholder>
            <w:showingPlcHdr/>
            <w:date>
              <w:dateFormat w:val="yyyy-MM-dd"/>
              <w:lid w:val="lt-LT"/>
              <w:storeMappedDataAs w:val="dateTime"/>
              <w:calendar w:val="gregorian"/>
            </w:date>
          </w:sdtPr>
          <w:sdtContent>
            <w:tc>
              <w:tcPr>
                <w:tcW w:w="1620" w:type="dxa"/>
                <w:tcMar>
                  <w:top w:w="80" w:type="dxa"/>
                  <w:left w:w="100" w:type="dxa"/>
                  <w:bottom w:w="80" w:type="dxa"/>
                  <w:right w:w="100" w:type="dxa"/>
                </w:tcMar>
                <w:vAlign w:val="center"/>
              </w:tcPr>
              <w:p w14:paraId="2218953A" w14:textId="5C088B7D" w:rsidR="00BD69C8" w:rsidRPr="00CB0185" w:rsidRDefault="00BD69C8">
                <w:pPr>
                  <w:rPr>
                    <w:rFonts w:ascii="Times New Roman" w:hAnsi="Times New Roman" w:cs="Times New Roman"/>
                    <w:sz w:val="24"/>
                    <w:szCs w:val="24"/>
                    <w:lang w:val="lt-LT"/>
                  </w:rPr>
                </w:pPr>
                <w:r w:rsidRPr="00CB0185">
                  <w:rPr>
                    <w:rStyle w:val="Vietosrezervavimoenklotekstas"/>
                    <w:rFonts w:ascii="Times New Roman" w:hAnsi="Times New Roman" w:cs="Times New Roman"/>
                    <w:lang w:val="lt-LT"/>
                  </w:rPr>
                  <w:t>Norėdami įvesti datą, spustelėkite arba bakstelėkite čia.</w:t>
                </w:r>
              </w:p>
            </w:tc>
          </w:sdtContent>
        </w:sdt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218B78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F03351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8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ED7128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D69C8" w:rsidRPr="00CB0185" w14:paraId="781F6CBE" w14:textId="77777777" w:rsidTr="00DF15F4">
        <w:trPr>
          <w:jc w:val="center"/>
        </w:trPr>
        <w:tc>
          <w:tcPr>
            <w:tcW w:w="4988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2E0D3A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BE1F1E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BCB2D2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8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24CB80" w14:textId="77777777" w:rsidR="00BD69C8" w:rsidRPr="00CB0185" w:rsidRDefault="00BD69C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B304178" w14:textId="77777777" w:rsidR="00C5515E" w:rsidRPr="00CB0185" w:rsidRDefault="00C5515E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51F0CA8F" w14:textId="28944538" w:rsidR="000E67BE" w:rsidRPr="00CB0185" w:rsidRDefault="000B4FAF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PVM: </w:t>
      </w: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1107930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3A26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tinkamas finansuoti   </w:t>
      </w: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-1141957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3A26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netinkamas finansuoti   </w:t>
      </w: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1716384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3A26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netaikoma   </w:t>
      </w:r>
    </w:p>
    <w:p w14:paraId="689B9CA6" w14:textId="1DA4AF96" w:rsidR="00A0002C" w:rsidRPr="00CB0185" w:rsidRDefault="000B4FAF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CB0185">
        <w:rPr>
          <w:rFonts w:ascii="Times New Roman" w:hAnsi="Times New Roman" w:cs="Times New Roman"/>
          <w:sz w:val="24"/>
          <w:szCs w:val="24"/>
          <w:lang w:val="lt-LT"/>
        </w:rPr>
        <w:t>Pagrindimas: ____________________________</w:t>
      </w:r>
    </w:p>
    <w:p w14:paraId="34D56E3D" w14:textId="77777777" w:rsidR="00A0002C" w:rsidRPr="00CB0185" w:rsidRDefault="000B4FAF">
      <w:pPr>
        <w:pStyle w:val="Antrat1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CB0185">
        <w:rPr>
          <w:rFonts w:ascii="Times New Roman" w:hAnsi="Times New Roman" w:cs="Times New Roman"/>
          <w:color w:val="auto"/>
          <w:sz w:val="24"/>
          <w:szCs w:val="24"/>
          <w:lang w:val="lt-LT"/>
        </w:rPr>
        <w:t>3. Pridedamų bendrųjų dokumentų sąrašas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789"/>
        <w:gridCol w:w="3322"/>
        <w:gridCol w:w="1701"/>
        <w:gridCol w:w="4279"/>
      </w:tblGrid>
      <w:tr w:rsidR="00A0002C" w:rsidRPr="00CB0185" w14:paraId="497F550B" w14:textId="77777777" w:rsidTr="00462202">
        <w:trPr>
          <w:tblHeader/>
          <w:jc w:val="center"/>
        </w:trPr>
        <w:tc>
          <w:tcPr>
            <w:tcW w:w="7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F2DD25" w14:textId="77777777" w:rsidR="00A0002C" w:rsidRPr="00CB0185" w:rsidRDefault="000B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332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1ABD1E" w14:textId="77777777" w:rsidR="00A0002C" w:rsidRPr="00CB0185" w:rsidRDefault="000B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Dokumentas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D5F84B" w14:textId="77777777" w:rsidR="00A0002C" w:rsidRPr="00CB0185" w:rsidRDefault="000B4F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Pridedama</w:t>
            </w:r>
          </w:p>
        </w:tc>
        <w:tc>
          <w:tcPr>
            <w:tcW w:w="427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A351A1" w14:textId="2BF840BE" w:rsidR="00A0002C" w:rsidRPr="00CB0185" w:rsidRDefault="000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Dokumento </w:t>
            </w:r>
            <w:r w:rsidR="000B4FAF"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pavadinimas / pastaba</w:t>
            </w:r>
          </w:p>
        </w:tc>
      </w:tr>
      <w:tr w:rsidR="00A0002C" w:rsidRPr="00CB0185" w14:paraId="05D0889A" w14:textId="77777777" w:rsidTr="00462202">
        <w:trPr>
          <w:jc w:val="center"/>
        </w:trPr>
        <w:tc>
          <w:tcPr>
            <w:tcW w:w="7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EE72BE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</w:p>
        </w:tc>
        <w:tc>
          <w:tcPr>
            <w:tcW w:w="332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B4C481" w14:textId="77777777" w:rsidR="00A0002C" w:rsidRPr="00CB0185" w:rsidRDefault="000B4FAF" w:rsidP="5684CADE">
            <w:pPr>
              <w:rPr>
                <w:rFonts w:ascii="Times New Roman" w:hAnsi="Times New Roman" w:cs="Times New Roman"/>
                <w:sz w:val="24"/>
                <w:szCs w:val="24"/>
                <w:highlight w:val="green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Sąskaitos faktūros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7EDFD6" w14:textId="0A6EBE1C" w:rsidR="000E67BE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146230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A26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Taip </w:t>
            </w:r>
          </w:p>
          <w:p w14:paraId="4B39B750" w14:textId="07A448F3" w:rsidR="000E67BE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499622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A10C95D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  </w:t>
            </w:r>
          </w:p>
          <w:p w14:paraId="43E36EC4" w14:textId="6B0FD020" w:rsidR="00A0002C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126325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A26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Netaikoma</w:t>
            </w:r>
          </w:p>
        </w:tc>
        <w:tc>
          <w:tcPr>
            <w:tcW w:w="427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1D303F" w14:textId="77777777" w:rsidR="00A0002C" w:rsidRPr="00CB0185" w:rsidRDefault="00A0002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CB0185" w14:paraId="79E892CA" w14:textId="77777777" w:rsidTr="00462202">
        <w:trPr>
          <w:jc w:val="center"/>
        </w:trPr>
        <w:tc>
          <w:tcPr>
            <w:tcW w:w="7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1539C3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332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55C20F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Apmokėjimą patvirtinantys dokumentai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705C12" w14:textId="2321E7B2" w:rsidR="000E67BE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21462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566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Taip  </w:t>
            </w:r>
          </w:p>
          <w:p w14:paraId="49E39C4F" w14:textId="25DFA759" w:rsidR="000E67BE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-197953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0D6435F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  </w:t>
            </w:r>
          </w:p>
          <w:p w14:paraId="06029996" w14:textId="26AD9DB5" w:rsidR="00A0002C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184944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566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Netaikoma</w:t>
            </w:r>
          </w:p>
        </w:tc>
        <w:tc>
          <w:tcPr>
            <w:tcW w:w="427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CAC4B1" w14:textId="77777777" w:rsidR="00A0002C" w:rsidRPr="00CB0185" w:rsidRDefault="00A0002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CB0185" w14:paraId="59D03A79" w14:textId="77777777" w:rsidTr="00462202">
        <w:trPr>
          <w:jc w:val="center"/>
        </w:trPr>
        <w:tc>
          <w:tcPr>
            <w:tcW w:w="7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281CDB" w14:textId="784042EC" w:rsidR="00A0002C" w:rsidRPr="00CB0185" w:rsidRDefault="00C551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332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E7B1A3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Darbų priėmimo aktai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65CA1A" w14:textId="5BD5363D" w:rsidR="000E67BE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-136196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566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Taip  </w:t>
            </w:r>
          </w:p>
          <w:p w14:paraId="5AE56714" w14:textId="3D53322B" w:rsidR="000E67BE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-4198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566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  </w:t>
            </w:r>
          </w:p>
          <w:p w14:paraId="7F9676E7" w14:textId="54C6ACA0" w:rsidR="00A0002C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-76777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566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Netaikoma</w:t>
            </w:r>
          </w:p>
        </w:tc>
        <w:tc>
          <w:tcPr>
            <w:tcW w:w="427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5C8111" w14:textId="77777777" w:rsidR="00A0002C" w:rsidRPr="00CB0185" w:rsidRDefault="00A0002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CB0185" w14:paraId="478F2460" w14:textId="77777777" w:rsidTr="00462202">
        <w:trPr>
          <w:jc w:val="center"/>
        </w:trPr>
        <w:tc>
          <w:tcPr>
            <w:tcW w:w="7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6010DF" w14:textId="434E1D78" w:rsidR="00A0002C" w:rsidRPr="00CB0185" w:rsidRDefault="00C551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</w:p>
        </w:tc>
        <w:tc>
          <w:tcPr>
            <w:tcW w:w="332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73F77B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Įrangos perdavimo dokumentai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50AD87" w14:textId="263E8C96" w:rsidR="000E67BE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-72683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566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Taip  </w:t>
            </w:r>
          </w:p>
          <w:p w14:paraId="6AF3C07F" w14:textId="726FB9E9" w:rsidR="000E67BE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178738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566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  </w:t>
            </w:r>
          </w:p>
          <w:p w14:paraId="3FE9F390" w14:textId="0A2D584D" w:rsidR="00A0002C" w:rsidRPr="00CB0185" w:rsidRDefault="0000000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id w:val="6423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566" w:rsidRPr="00CB0185">
                  <w:rPr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B4FAF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Netaikoma</w:t>
            </w:r>
          </w:p>
        </w:tc>
        <w:tc>
          <w:tcPr>
            <w:tcW w:w="427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31B8E7" w14:textId="77777777" w:rsidR="00A0002C" w:rsidRPr="00CB0185" w:rsidRDefault="00A0002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3CE7D590" w14:textId="29B0189C" w:rsidR="00A0002C" w:rsidRPr="00CB0185" w:rsidRDefault="000B4FAF">
      <w:pPr>
        <w:pStyle w:val="Antrat1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CB0185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4. </w:t>
      </w:r>
      <w:r w:rsidR="350E5AA8" w:rsidRPr="00CB0185">
        <w:rPr>
          <w:rFonts w:ascii="Times New Roman" w:hAnsi="Times New Roman" w:cs="Times New Roman"/>
          <w:color w:val="auto"/>
          <w:sz w:val="24"/>
          <w:szCs w:val="24"/>
          <w:lang w:val="lt-LT"/>
        </w:rPr>
        <w:t>Kiti</w:t>
      </w:r>
      <w:r w:rsidRPr="00CB0185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</w:t>
      </w:r>
      <w:r w:rsidR="2462BF06" w:rsidRPr="00CB0185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privalomi </w:t>
      </w:r>
      <w:r w:rsidRPr="00CB0185">
        <w:rPr>
          <w:rFonts w:ascii="Times New Roman" w:hAnsi="Times New Roman" w:cs="Times New Roman"/>
          <w:color w:val="auto"/>
          <w:sz w:val="24"/>
          <w:szCs w:val="24"/>
          <w:lang w:val="lt-LT"/>
        </w:rPr>
        <w:t>dokumentai pagal finansavimo priemonę</w:t>
      </w:r>
    </w:p>
    <w:p w14:paraId="36D99652" w14:textId="77777777" w:rsidR="00824933" w:rsidRPr="00CB0185" w:rsidRDefault="00824933" w:rsidP="00824933">
      <w:pPr>
        <w:spacing w:after="0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1F124AD4" w14:textId="314883FA" w:rsidR="00824933" w:rsidRPr="00CB0185" w:rsidRDefault="000B4FAF" w:rsidP="5684CAD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CB0185">
        <w:rPr>
          <w:rFonts w:ascii="Times New Roman" w:hAnsi="Times New Roman" w:cs="Times New Roman"/>
          <w:b/>
          <w:bCs/>
          <w:sz w:val="24"/>
          <w:szCs w:val="24"/>
          <w:lang w:val="lt-LT"/>
        </w:rPr>
        <w:t>I finansavimo priemonė</w:t>
      </w:r>
      <w:r w:rsidR="6C20194E" w:rsidRPr="00CB018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(</w:t>
      </w:r>
      <w:r w:rsidR="00CB0185">
        <w:rPr>
          <w:rFonts w:ascii="Times New Roman" w:hAnsi="Times New Roman" w:cs="Times New Roman"/>
          <w:b/>
          <w:bCs/>
          <w:sz w:val="24"/>
          <w:szCs w:val="24"/>
          <w:lang w:val="lt-LT"/>
        </w:rPr>
        <w:t>„P</w:t>
      </w:r>
      <w:r w:rsidR="00AD2086" w:rsidRPr="00CB0185">
        <w:rPr>
          <w:rFonts w:ascii="Times New Roman" w:hAnsi="Times New Roman" w:cs="Times New Roman"/>
          <w:b/>
          <w:bCs/>
          <w:sz w:val="24"/>
          <w:szCs w:val="24"/>
          <w:lang w:val="lt-LT"/>
        </w:rPr>
        <w:t>atekimo į priedangą užtikrinimas visą parą</w:t>
      </w:r>
      <w:r w:rsidR="00CB0185">
        <w:rPr>
          <w:rFonts w:ascii="Times New Roman" w:hAnsi="Times New Roman" w:cs="Times New Roman"/>
          <w:b/>
          <w:bCs/>
          <w:sz w:val="24"/>
          <w:szCs w:val="24"/>
          <w:lang w:val="lt-LT"/>
        </w:rPr>
        <w:t>“</w:t>
      </w:r>
      <w:r w:rsidR="6C20194E" w:rsidRPr="00CB0185">
        <w:rPr>
          <w:rFonts w:ascii="Times New Roman" w:hAnsi="Times New Roman" w:cs="Times New Roman"/>
          <w:b/>
          <w:bCs/>
          <w:sz w:val="24"/>
          <w:szCs w:val="24"/>
          <w:lang w:val="lt-LT"/>
        </w:rPr>
        <w:t>)</w:t>
      </w:r>
    </w:p>
    <w:p w14:paraId="0ADF64EC" w14:textId="125891B3" w:rsidR="00824933" w:rsidRPr="00CB0185" w:rsidRDefault="00000000" w:rsidP="00824933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-1490248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566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Patekimo sprendinio bandymo protokolas</w:t>
      </w:r>
    </w:p>
    <w:p w14:paraId="2A2A5847" w14:textId="5076FFD6" w:rsidR="00A0002C" w:rsidRPr="00CB0185" w:rsidRDefault="00000000" w:rsidP="00824933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-196557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566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Galutinis atvėrimo planas</w:t>
      </w:r>
    </w:p>
    <w:p w14:paraId="358952DE" w14:textId="6F9E0AE1" w:rsidR="00A0002C" w:rsidRPr="00CB0185" w:rsidRDefault="00000000" w:rsidP="00824933">
      <w:pPr>
        <w:pStyle w:val="Sraassuenkleliais"/>
        <w:numPr>
          <w:ilvl w:val="0"/>
          <w:numId w:val="0"/>
        </w:numPr>
        <w:spacing w:after="0"/>
        <w:ind w:left="360" w:hanging="36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-94237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2053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Patekimo maršruto ir įrengtos įrangos nuotraukos</w:t>
      </w:r>
    </w:p>
    <w:p w14:paraId="703CD587" w14:textId="63ED9E28" w:rsidR="00A0002C" w:rsidRPr="00CB0185" w:rsidRDefault="00000000" w:rsidP="00824933">
      <w:pPr>
        <w:pStyle w:val="Sraassuenkleliais"/>
        <w:numPr>
          <w:ilvl w:val="0"/>
          <w:numId w:val="0"/>
        </w:numPr>
        <w:spacing w:after="0"/>
        <w:ind w:left="360" w:hanging="36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1559443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2053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Atsakingų asmenų paskyrimą patvirtinantis dokumentas</w:t>
      </w:r>
    </w:p>
    <w:p w14:paraId="68D895CD" w14:textId="1FFC2BBD" w:rsidR="00A0002C" w:rsidRPr="00CB0185" w:rsidRDefault="00000000" w:rsidP="00824933">
      <w:pPr>
        <w:pStyle w:val="Sraassuenkleliais"/>
        <w:numPr>
          <w:ilvl w:val="0"/>
          <w:numId w:val="0"/>
        </w:numPr>
        <w:spacing w:after="0"/>
        <w:ind w:left="360" w:hanging="36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2095507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9ED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Įrangos techniniai ir garantiniai dokumentai</w:t>
      </w:r>
    </w:p>
    <w:p w14:paraId="2E2E329B" w14:textId="77777777" w:rsidR="00824933" w:rsidRPr="00CB0185" w:rsidRDefault="00824933" w:rsidP="00824933">
      <w:pPr>
        <w:pStyle w:val="Sraassuenkleliais"/>
        <w:numPr>
          <w:ilvl w:val="0"/>
          <w:numId w:val="0"/>
        </w:numPr>
        <w:spacing w:after="0"/>
        <w:ind w:left="360" w:hanging="360"/>
        <w:rPr>
          <w:rFonts w:ascii="Times New Roman" w:hAnsi="Times New Roman" w:cs="Times New Roman"/>
          <w:sz w:val="24"/>
          <w:szCs w:val="24"/>
          <w:lang w:val="lt-LT"/>
        </w:rPr>
      </w:pPr>
    </w:p>
    <w:p w14:paraId="57F7B9C1" w14:textId="255CB7B7" w:rsidR="00A0002C" w:rsidRPr="00CB0185" w:rsidRDefault="000B4FAF" w:rsidP="00824933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CB0185">
        <w:rPr>
          <w:rFonts w:ascii="Times New Roman" w:hAnsi="Times New Roman" w:cs="Times New Roman"/>
          <w:b/>
          <w:sz w:val="24"/>
          <w:szCs w:val="24"/>
          <w:lang w:val="lt-LT"/>
        </w:rPr>
        <w:t>II finansavimo priemonė</w:t>
      </w:r>
      <w:r w:rsidR="008931FD" w:rsidRPr="00CB0185">
        <w:rPr>
          <w:rFonts w:ascii="Times New Roman" w:hAnsi="Times New Roman" w:cs="Times New Roman"/>
          <w:b/>
          <w:sz w:val="24"/>
          <w:szCs w:val="24"/>
          <w:lang w:val="lt-LT"/>
        </w:rPr>
        <w:t xml:space="preserve"> (</w:t>
      </w:r>
      <w:r w:rsidR="00CB0185">
        <w:rPr>
          <w:rFonts w:ascii="Times New Roman" w:hAnsi="Times New Roman" w:cs="Times New Roman"/>
          <w:b/>
          <w:sz w:val="24"/>
          <w:szCs w:val="24"/>
          <w:lang w:val="lt-LT"/>
        </w:rPr>
        <w:t>„L</w:t>
      </w:r>
      <w:r w:rsidR="008931FD" w:rsidRPr="00CB0185">
        <w:rPr>
          <w:rFonts w:ascii="Times New Roman" w:hAnsi="Times New Roman" w:cs="Times New Roman"/>
          <w:b/>
          <w:sz w:val="24"/>
          <w:szCs w:val="24"/>
          <w:lang w:val="lt-LT"/>
        </w:rPr>
        <w:t>angų apsaugos priemonių įrengimas</w:t>
      </w:r>
      <w:r w:rsidR="00CB0185">
        <w:rPr>
          <w:rFonts w:ascii="Times New Roman" w:hAnsi="Times New Roman" w:cs="Times New Roman"/>
          <w:b/>
          <w:sz w:val="24"/>
          <w:szCs w:val="24"/>
          <w:lang w:val="lt-LT"/>
        </w:rPr>
        <w:t>“</w:t>
      </w:r>
      <w:r w:rsidR="008931FD" w:rsidRPr="00CB0185">
        <w:rPr>
          <w:rFonts w:ascii="Times New Roman" w:hAnsi="Times New Roman" w:cs="Times New Roman"/>
          <w:b/>
          <w:sz w:val="24"/>
          <w:szCs w:val="24"/>
          <w:lang w:val="lt-LT"/>
        </w:rPr>
        <w:t>)</w:t>
      </w:r>
    </w:p>
    <w:p w14:paraId="559E0A9C" w14:textId="0C7921DF" w:rsidR="00A0002C" w:rsidRPr="00CB0185" w:rsidRDefault="00000000" w:rsidP="00824933">
      <w:pPr>
        <w:pStyle w:val="Sraassuenkleliais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-1697146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9ED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Eksploatacinių savybių deklaracija, sertifikatas ar techninis aprašymas</w:t>
      </w:r>
    </w:p>
    <w:p w14:paraId="2B09F949" w14:textId="7BF433E3" w:rsidR="00A0002C" w:rsidRPr="00CB0185" w:rsidRDefault="00000000" w:rsidP="00824933">
      <w:pPr>
        <w:pStyle w:val="Sraassuenkleliais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1478428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9ED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Montavimo darbų priėmimo aktas, nurodant patalpas ir apsaugotų langų plotą</w:t>
      </w:r>
    </w:p>
    <w:p w14:paraId="38AD2D9A" w14:textId="4E1A2E58" w:rsidR="00A0002C" w:rsidRPr="00CB0185" w:rsidRDefault="00000000" w:rsidP="00824933">
      <w:pPr>
        <w:pStyle w:val="Sraassuenkleliais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768049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9ED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Įrangos ar medžiagų garantiniai dokumentai</w:t>
      </w:r>
    </w:p>
    <w:p w14:paraId="66BB3CBE" w14:textId="3071FF09" w:rsidR="00A0002C" w:rsidRPr="00CB0185" w:rsidRDefault="000B4FAF" w:rsidP="00824933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CB0185">
        <w:rPr>
          <w:rFonts w:ascii="Times New Roman" w:hAnsi="Times New Roman" w:cs="Times New Roman"/>
          <w:b/>
          <w:sz w:val="24"/>
          <w:szCs w:val="24"/>
          <w:lang w:val="lt-LT"/>
        </w:rPr>
        <w:t>III finansavimo priemonė</w:t>
      </w:r>
      <w:r w:rsidR="00DD59F6" w:rsidRPr="00CB0185">
        <w:rPr>
          <w:rFonts w:ascii="Times New Roman" w:hAnsi="Times New Roman" w:cs="Times New Roman"/>
          <w:b/>
          <w:sz w:val="24"/>
          <w:szCs w:val="24"/>
          <w:lang w:val="lt-LT"/>
        </w:rPr>
        <w:t xml:space="preserve"> (</w:t>
      </w:r>
      <w:r w:rsidR="00CB0185">
        <w:rPr>
          <w:rFonts w:ascii="Times New Roman" w:hAnsi="Times New Roman" w:cs="Times New Roman"/>
          <w:b/>
          <w:sz w:val="24"/>
          <w:szCs w:val="24"/>
          <w:lang w:val="lt-LT"/>
        </w:rPr>
        <w:t>„P</w:t>
      </w:r>
      <w:r w:rsidR="00DD59F6" w:rsidRPr="00CB0185">
        <w:rPr>
          <w:rFonts w:ascii="Times New Roman" w:hAnsi="Times New Roman" w:cs="Times New Roman"/>
          <w:b/>
          <w:sz w:val="24"/>
          <w:szCs w:val="24"/>
          <w:lang w:val="lt-LT"/>
        </w:rPr>
        <w:t>rojektinio dokumento parengimas ir pasirengimas VRM finansavimui</w:t>
      </w:r>
      <w:r w:rsidR="00CB0185">
        <w:rPr>
          <w:rFonts w:ascii="Times New Roman" w:hAnsi="Times New Roman" w:cs="Times New Roman"/>
          <w:b/>
          <w:sz w:val="24"/>
          <w:szCs w:val="24"/>
          <w:lang w:val="lt-LT"/>
        </w:rPr>
        <w:t>“</w:t>
      </w:r>
      <w:r w:rsidR="00DD59F6" w:rsidRPr="00CB0185">
        <w:rPr>
          <w:rFonts w:ascii="Times New Roman" w:hAnsi="Times New Roman" w:cs="Times New Roman"/>
          <w:b/>
          <w:sz w:val="24"/>
          <w:szCs w:val="24"/>
          <w:lang w:val="lt-LT"/>
        </w:rPr>
        <w:t>)</w:t>
      </w:r>
    </w:p>
    <w:p w14:paraId="38163006" w14:textId="6F360E23" w:rsidR="00A0002C" w:rsidRPr="00CB0185" w:rsidRDefault="00000000" w:rsidP="00824933">
      <w:pPr>
        <w:pStyle w:val="Sraassuenkleliais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-1206709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9ED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Užbaigtas techninis projektas ar kitas projektinis dokumentas</w:t>
      </w:r>
    </w:p>
    <w:p w14:paraId="463D1857" w14:textId="651AF571" w:rsidR="00A0002C" w:rsidRPr="00CB0185" w:rsidRDefault="00000000" w:rsidP="00824933">
      <w:pPr>
        <w:pStyle w:val="Sraassuenkleliais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-1476440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9ED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Projektinio dokumento priėmimo dokumentai</w:t>
      </w:r>
    </w:p>
    <w:p w14:paraId="30DBAA5B" w14:textId="170DC306" w:rsidR="00A0002C" w:rsidRPr="00CB0185" w:rsidRDefault="00000000" w:rsidP="00824933">
      <w:pPr>
        <w:pStyle w:val="Sraassuenkleliais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802736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9ED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Atitiktį sutarčiai ir taikomoms VRM finansavimo sąlygoms pagrindžiantys dokumentai</w:t>
      </w:r>
    </w:p>
    <w:p w14:paraId="76233C59" w14:textId="20C5424A" w:rsidR="00A0002C" w:rsidRPr="00CB0185" w:rsidRDefault="000B4FAF" w:rsidP="00824933">
      <w:pPr>
        <w:pStyle w:val="Antrat1"/>
        <w:spacing w:before="0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CB0185">
        <w:rPr>
          <w:rFonts w:ascii="Times New Roman" w:hAnsi="Times New Roman" w:cs="Times New Roman"/>
          <w:color w:val="auto"/>
          <w:sz w:val="24"/>
          <w:szCs w:val="24"/>
          <w:lang w:val="lt-LT"/>
        </w:rPr>
        <w:t>5. Finansavimo gavėjo patvirtinimai</w:t>
      </w:r>
      <w:r w:rsidR="5E3175E1" w:rsidRPr="00CB0185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(pažymėti)</w:t>
      </w:r>
    </w:p>
    <w:p w14:paraId="40CF13A0" w14:textId="638DE81E" w:rsidR="00A0002C" w:rsidRPr="00CB0185" w:rsidRDefault="00000000" w:rsidP="00824933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-19169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9ED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Ataskaitoje pateikta informacija yra teisinga, o dokumentų kopijos atitinka originalus.</w:t>
      </w:r>
    </w:p>
    <w:p w14:paraId="6330AD2D" w14:textId="6F6A836B" w:rsidR="00A0002C" w:rsidRPr="00CB0185" w:rsidRDefault="00000000" w:rsidP="00824933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1936624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9ED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Deklaruotos išlaidos faktiškai patirtos įgyvendinant projektą ir atitinka finansavimo sutartį.</w:t>
      </w:r>
    </w:p>
    <w:p w14:paraId="5D707F32" w14:textId="01832D43" w:rsidR="00A0002C" w:rsidRPr="00CB0185" w:rsidRDefault="00000000" w:rsidP="00824933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1221870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9ED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Tos pačios išlaidos nėra ir nebus finansuojamos daugiau kaip vieną kartą.</w:t>
      </w:r>
    </w:p>
    <w:p w14:paraId="3FCC97ED" w14:textId="11AB17B8" w:rsidR="00A0002C" w:rsidRPr="00CB0185" w:rsidRDefault="00000000" w:rsidP="00824933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1821304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9ED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Projekto išlaidos ir finansavimo šaltiniai apskaitoje yra aiškiai atskirti.</w:t>
      </w:r>
    </w:p>
    <w:p w14:paraId="26ED351E" w14:textId="68D6C862" w:rsidR="00A0002C" w:rsidRPr="00CB0185" w:rsidRDefault="00000000" w:rsidP="00824933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-1983919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9ED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Įsigijimai atlikti laikantis taikomų pirkimų, interesų konfliktų prevencijos, skaidrumo ir racionalaus lėšų naudojimo reikalavimų.</w:t>
      </w:r>
    </w:p>
    <w:p w14:paraId="751B8774" w14:textId="71E458AD" w:rsidR="00A0002C" w:rsidRPr="00CB0185" w:rsidRDefault="00000000" w:rsidP="00824933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sdt>
        <w:sdtPr>
          <w:rPr>
            <w:rFonts w:ascii="Times New Roman" w:hAnsi="Times New Roman" w:cs="Times New Roman"/>
            <w:sz w:val="24"/>
            <w:szCs w:val="24"/>
            <w:lang w:val="lt-LT"/>
          </w:rPr>
          <w:id w:val="2002857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09ED" w:rsidRPr="00CB0185">
            <w:rPr>
              <w:rFonts w:ascii="Segoe UI Symbol" w:eastAsia="MS Gothic" w:hAnsi="Segoe UI Symbol" w:cs="Segoe UI Symbol"/>
              <w:sz w:val="24"/>
              <w:szCs w:val="24"/>
              <w:lang w:val="lt-LT"/>
            </w:rPr>
            <w:t>☐</w:t>
          </w:r>
        </w:sdtContent>
      </w:sdt>
      <w:r w:rsidR="000B4FAF" w:rsidRPr="00CB0185">
        <w:rPr>
          <w:rFonts w:ascii="Times New Roman" w:hAnsi="Times New Roman" w:cs="Times New Roman"/>
          <w:sz w:val="24"/>
          <w:szCs w:val="24"/>
          <w:lang w:val="lt-LT"/>
        </w:rPr>
        <w:t xml:space="preserve"> Finansavimo gavėjas įsipareigoja saugoti su projektu ir finansavimu susijusius dokumentus Apraše ir sutartyje nustatytą laikotarpį.</w:t>
      </w:r>
    </w:p>
    <w:p w14:paraId="3C2858E3" w14:textId="77777777" w:rsidR="00A0002C" w:rsidRPr="00CB0185" w:rsidRDefault="000B4FAF">
      <w:pPr>
        <w:pStyle w:val="Antrat1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CB0185">
        <w:rPr>
          <w:rFonts w:ascii="Times New Roman" w:hAnsi="Times New Roman" w:cs="Times New Roman"/>
          <w:color w:val="auto"/>
          <w:sz w:val="24"/>
          <w:szCs w:val="24"/>
          <w:lang w:val="lt-LT"/>
        </w:rPr>
        <w:lastRenderedPageBreak/>
        <w:t>6. Prašoma išmokėti suma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7454"/>
      </w:tblGrid>
      <w:tr w:rsidR="00A0002C" w:rsidRPr="00CB0185" w14:paraId="30176AE5" w14:textId="77777777" w:rsidTr="00462202">
        <w:trPr>
          <w:jc w:val="center"/>
        </w:trPr>
        <w:tc>
          <w:tcPr>
            <w:tcW w:w="266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E6DE18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 prašoma išmokėti Savivaldybės lėšų suma</w:t>
            </w:r>
          </w:p>
        </w:tc>
        <w:tc>
          <w:tcPr>
            <w:tcW w:w="7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E3328F" w14:textId="368D0F83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______________ (________________________________________)</w:t>
            </w:r>
            <w:r w:rsidR="00CB0185"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Eur</w:t>
            </w:r>
          </w:p>
        </w:tc>
      </w:tr>
      <w:tr w:rsidR="00A0002C" w:rsidRPr="00CB0185" w14:paraId="299971E5" w14:textId="77777777" w:rsidTr="00462202">
        <w:trPr>
          <w:jc w:val="center"/>
        </w:trPr>
        <w:tc>
          <w:tcPr>
            <w:tcW w:w="266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6CAFF5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Gavėjo banko sąskaita (kai mokama gavėjui)</w:t>
            </w:r>
          </w:p>
        </w:tc>
        <w:tc>
          <w:tcPr>
            <w:tcW w:w="7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A6F889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LT__________________________________________________________</w:t>
            </w:r>
          </w:p>
        </w:tc>
      </w:tr>
      <w:tr w:rsidR="00A0002C" w:rsidRPr="000B0915" w14:paraId="450E36E9" w14:textId="77777777" w:rsidTr="00462202">
        <w:trPr>
          <w:jc w:val="center"/>
        </w:trPr>
        <w:tc>
          <w:tcPr>
            <w:tcW w:w="266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B314A9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Tiekėjas / rangovas ir jo sąskaita (tiesioginio apmokėjimo atveju)</w:t>
            </w:r>
          </w:p>
        </w:tc>
        <w:tc>
          <w:tcPr>
            <w:tcW w:w="7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2C999F" w14:textId="6147A009" w:rsidR="00A0002C" w:rsidRPr="00CB0185" w:rsidRDefault="00A0002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4D5D73CB" w14:textId="77777777" w:rsidR="00A0002C" w:rsidRPr="00CB0185" w:rsidRDefault="000B4FAF">
      <w:pPr>
        <w:pStyle w:val="Antrat1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 w:rsidRPr="00CB0185">
        <w:rPr>
          <w:rFonts w:ascii="Times New Roman" w:hAnsi="Times New Roman" w:cs="Times New Roman"/>
          <w:color w:val="auto"/>
          <w:sz w:val="24"/>
          <w:szCs w:val="24"/>
          <w:lang w:val="lt-LT"/>
        </w:rPr>
        <w:t>7. Atsakingo asmens duomenys ir parašas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3541"/>
        <w:gridCol w:w="6520"/>
      </w:tblGrid>
      <w:tr w:rsidR="00A0002C" w:rsidRPr="00CB0185" w14:paraId="440166DC" w14:textId="77777777" w:rsidTr="00462202">
        <w:trPr>
          <w:jc w:val="center"/>
        </w:trPr>
        <w:tc>
          <w:tcPr>
            <w:tcW w:w="3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3002D9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Vardas, pavardė, pareigos</w:t>
            </w:r>
          </w:p>
        </w:tc>
        <w:tc>
          <w:tcPr>
            <w:tcW w:w="6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E9F8F9" w14:textId="46A8A2F3" w:rsidR="00A0002C" w:rsidRPr="00CB0185" w:rsidRDefault="00A0002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CB0185" w14:paraId="126233EE" w14:textId="77777777" w:rsidTr="00462202">
        <w:trPr>
          <w:jc w:val="center"/>
        </w:trPr>
        <w:tc>
          <w:tcPr>
            <w:tcW w:w="3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D3F040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Telefono Nr., el. paštas</w:t>
            </w:r>
          </w:p>
        </w:tc>
        <w:tc>
          <w:tcPr>
            <w:tcW w:w="6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B4710F" w14:textId="4E802695" w:rsidR="00A0002C" w:rsidRPr="00CB0185" w:rsidRDefault="00A0002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0002C" w:rsidRPr="00CB0185" w14:paraId="3F40CFF3" w14:textId="77777777" w:rsidTr="00462202">
        <w:trPr>
          <w:jc w:val="center"/>
        </w:trPr>
        <w:tc>
          <w:tcPr>
            <w:tcW w:w="35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6EDF04" w14:textId="77777777" w:rsidR="00A0002C" w:rsidRPr="00CB0185" w:rsidRDefault="000B4FA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B018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Parašas ir data</w:t>
            </w:r>
          </w:p>
        </w:tc>
        <w:tc>
          <w:tcPr>
            <w:tcW w:w="6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6E8714" w14:textId="255507F5" w:rsidR="00A0002C" w:rsidRPr="00CB0185" w:rsidRDefault="00A0002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13B78196" w14:textId="77777777" w:rsidR="00952465" w:rsidRDefault="00952465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6B5D16C3" w14:textId="3C1E6AFC" w:rsidR="00CB0185" w:rsidRPr="00CB0185" w:rsidRDefault="00CB0185" w:rsidP="00CB0185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______________________________________</w:t>
      </w:r>
    </w:p>
    <w:sectPr w:rsidR="00CB0185" w:rsidRPr="00CB0185" w:rsidSect="00CB0185">
      <w:headerReference w:type="default" r:id="rId11"/>
      <w:footerReference w:type="default" r:id="rId12"/>
      <w:pgSz w:w="12240" w:h="15840"/>
      <w:pgMar w:top="907" w:right="1020" w:bottom="907" w:left="10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89914" w14:textId="77777777" w:rsidR="00783B3B" w:rsidRDefault="00783B3B">
      <w:pPr>
        <w:spacing w:after="0" w:line="240" w:lineRule="auto"/>
      </w:pPr>
      <w:r>
        <w:separator/>
      </w:r>
    </w:p>
  </w:endnote>
  <w:endnote w:type="continuationSeparator" w:id="0">
    <w:p w14:paraId="2CEA265D" w14:textId="77777777" w:rsidR="00783B3B" w:rsidRDefault="0078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5C704" w14:textId="19EA586A" w:rsidR="001404FD" w:rsidRPr="001404FD" w:rsidRDefault="001404FD">
    <w:pPr>
      <w:pStyle w:val="Porat"/>
      <w:jc w:val="right"/>
      <w:rPr>
        <w:rFonts w:ascii="Times New Roman" w:hAnsi="Times New Roman" w:cs="Times New Roman"/>
      </w:rPr>
    </w:pPr>
  </w:p>
  <w:p w14:paraId="7D974199" w14:textId="146AD886" w:rsidR="009F386B" w:rsidRPr="001404FD" w:rsidRDefault="009F386B">
    <w:pPr>
      <w:pStyle w:val="Porat"/>
      <w:jc w:val="center"/>
      <w:rPr>
        <w:rFonts w:ascii="Times New Roman" w:hAnsi="Times New Roman" w:cs="Times New Roman"/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12C97" w14:textId="77777777" w:rsidR="00783B3B" w:rsidRDefault="00783B3B">
      <w:pPr>
        <w:spacing w:after="0" w:line="240" w:lineRule="auto"/>
      </w:pPr>
      <w:r>
        <w:separator/>
      </w:r>
    </w:p>
  </w:footnote>
  <w:footnote w:type="continuationSeparator" w:id="0">
    <w:p w14:paraId="1F0E2046" w14:textId="77777777" w:rsidR="00783B3B" w:rsidRDefault="00783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7411073"/>
      <w:docPartObj>
        <w:docPartGallery w:val="Page Numbers (Top of Page)"/>
        <w:docPartUnique/>
      </w:docPartObj>
    </w:sdtPr>
    <w:sdtContent>
      <w:p w14:paraId="535B5B99" w14:textId="4CD23183" w:rsidR="00CB0185" w:rsidRDefault="00CB018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3B0EACDE" w14:textId="77777777" w:rsidR="00CB0185" w:rsidRDefault="00CB018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0410844">
    <w:abstractNumId w:val="8"/>
  </w:num>
  <w:num w:numId="2" w16cid:durableId="1364869542">
    <w:abstractNumId w:val="6"/>
  </w:num>
  <w:num w:numId="3" w16cid:durableId="634026495">
    <w:abstractNumId w:val="5"/>
  </w:num>
  <w:num w:numId="4" w16cid:durableId="770972419">
    <w:abstractNumId w:val="4"/>
  </w:num>
  <w:num w:numId="5" w16cid:durableId="2108118009">
    <w:abstractNumId w:val="7"/>
  </w:num>
  <w:num w:numId="6" w16cid:durableId="2062703393">
    <w:abstractNumId w:val="3"/>
  </w:num>
  <w:num w:numId="7" w16cid:durableId="359816834">
    <w:abstractNumId w:val="2"/>
  </w:num>
  <w:num w:numId="8" w16cid:durableId="439951738">
    <w:abstractNumId w:val="1"/>
  </w:num>
  <w:num w:numId="9" w16cid:durableId="92052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1D0"/>
    <w:rsid w:val="00034616"/>
    <w:rsid w:val="0006063C"/>
    <w:rsid w:val="00061BC7"/>
    <w:rsid w:val="000766FF"/>
    <w:rsid w:val="00081648"/>
    <w:rsid w:val="000909ED"/>
    <w:rsid w:val="000B0915"/>
    <w:rsid w:val="000B4FAF"/>
    <w:rsid w:val="000D7021"/>
    <w:rsid w:val="000E67BE"/>
    <w:rsid w:val="000E71D5"/>
    <w:rsid w:val="001229E4"/>
    <w:rsid w:val="001404FD"/>
    <w:rsid w:val="0015074B"/>
    <w:rsid w:val="001D7F6C"/>
    <w:rsid w:val="00245A4F"/>
    <w:rsid w:val="00246CD7"/>
    <w:rsid w:val="00271D99"/>
    <w:rsid w:val="0029639D"/>
    <w:rsid w:val="002D2053"/>
    <w:rsid w:val="00306DB9"/>
    <w:rsid w:val="00326F90"/>
    <w:rsid w:val="00371974"/>
    <w:rsid w:val="00383A26"/>
    <w:rsid w:val="003D3048"/>
    <w:rsid w:val="004125DE"/>
    <w:rsid w:val="00462202"/>
    <w:rsid w:val="0051659F"/>
    <w:rsid w:val="00524FB9"/>
    <w:rsid w:val="00554EA7"/>
    <w:rsid w:val="005853A9"/>
    <w:rsid w:val="005F2FA1"/>
    <w:rsid w:val="006A4A93"/>
    <w:rsid w:val="0078140B"/>
    <w:rsid w:val="00783B3B"/>
    <w:rsid w:val="007B3140"/>
    <w:rsid w:val="00815CCB"/>
    <w:rsid w:val="00824933"/>
    <w:rsid w:val="008931FD"/>
    <w:rsid w:val="008969A1"/>
    <w:rsid w:val="00952465"/>
    <w:rsid w:val="009C5EB9"/>
    <w:rsid w:val="009F386B"/>
    <w:rsid w:val="00A0002C"/>
    <w:rsid w:val="00A15C54"/>
    <w:rsid w:val="00A249F7"/>
    <w:rsid w:val="00A83A32"/>
    <w:rsid w:val="00AA1D8D"/>
    <w:rsid w:val="00AD2086"/>
    <w:rsid w:val="00B16252"/>
    <w:rsid w:val="00B43635"/>
    <w:rsid w:val="00B47730"/>
    <w:rsid w:val="00BA500D"/>
    <w:rsid w:val="00BD56C6"/>
    <w:rsid w:val="00BD69C8"/>
    <w:rsid w:val="00C05437"/>
    <w:rsid w:val="00C14385"/>
    <w:rsid w:val="00C5190E"/>
    <w:rsid w:val="00C5515E"/>
    <w:rsid w:val="00C66F99"/>
    <w:rsid w:val="00C7A843"/>
    <w:rsid w:val="00CB0185"/>
    <w:rsid w:val="00CB0664"/>
    <w:rsid w:val="00CB4380"/>
    <w:rsid w:val="00CD75AD"/>
    <w:rsid w:val="00D81704"/>
    <w:rsid w:val="00DD21CA"/>
    <w:rsid w:val="00DD59F6"/>
    <w:rsid w:val="00DF15F4"/>
    <w:rsid w:val="00DF6566"/>
    <w:rsid w:val="00E07914"/>
    <w:rsid w:val="00E1543B"/>
    <w:rsid w:val="00E53AF1"/>
    <w:rsid w:val="00EA50EB"/>
    <w:rsid w:val="00EC6A8C"/>
    <w:rsid w:val="00F50F19"/>
    <w:rsid w:val="00FC693F"/>
    <w:rsid w:val="05FEA0EA"/>
    <w:rsid w:val="0714326D"/>
    <w:rsid w:val="0C6843F4"/>
    <w:rsid w:val="124690AA"/>
    <w:rsid w:val="14DC75BD"/>
    <w:rsid w:val="14F8E6B4"/>
    <w:rsid w:val="1A0038AA"/>
    <w:rsid w:val="20D6435F"/>
    <w:rsid w:val="2462BF06"/>
    <w:rsid w:val="2899A3D8"/>
    <w:rsid w:val="2A10C95D"/>
    <w:rsid w:val="31F688FB"/>
    <w:rsid w:val="328E5A00"/>
    <w:rsid w:val="350E5AA8"/>
    <w:rsid w:val="36E49A96"/>
    <w:rsid w:val="36EA42EC"/>
    <w:rsid w:val="3B414153"/>
    <w:rsid w:val="3F21CE46"/>
    <w:rsid w:val="4094346E"/>
    <w:rsid w:val="40CC5898"/>
    <w:rsid w:val="4945017F"/>
    <w:rsid w:val="5642B414"/>
    <w:rsid w:val="5684CADE"/>
    <w:rsid w:val="58D7400B"/>
    <w:rsid w:val="5B3A6B8D"/>
    <w:rsid w:val="5E3175E1"/>
    <w:rsid w:val="5FC5B131"/>
    <w:rsid w:val="623F129C"/>
    <w:rsid w:val="6AC48B67"/>
    <w:rsid w:val="6AF4FD89"/>
    <w:rsid w:val="6C20194E"/>
    <w:rsid w:val="770F10F6"/>
    <w:rsid w:val="7EDEF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5C333A"/>
  <w14:defaultImageDpi w14:val="300"/>
  <w15:docId w15:val="{3964C53A-F0C3-4D7B-9B9D-DC12E3A6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  <w:rPr>
      <w:rFonts w:ascii="Arial" w:eastAsia="Arial" w:hAnsi="Arial"/>
      <w:sz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5597"/>
      <w:sz w:val="22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Vietosrezervavimoenklotekstas">
    <w:name w:val="Placeholder Text"/>
    <w:basedOn w:val="Numatytasispastraiposriftas"/>
    <w:uiPriority w:val="99"/>
    <w:semiHidden/>
    <w:rsid w:val="00CB4380"/>
    <w:rPr>
      <w:color w:val="66666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pPr>
      <w:spacing w:line="240" w:lineRule="auto"/>
    </w:pPr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rFonts w:ascii="Arial" w:eastAsia="Arial" w:hAnsi="Arial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E93366F-9502-4C2A-B51B-595A046B5092}"/>
      </w:docPartPr>
      <w:docPartBody>
        <w:p w:rsidR="009957B0" w:rsidRDefault="007E2BA2">
          <w:r w:rsidRPr="008A4845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637077735DF047A9B561B56E13ADD24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8918219-D6A9-497D-B910-555CB8CD33EE}"/>
      </w:docPartPr>
      <w:docPartBody>
        <w:p w:rsidR="007376D2" w:rsidRDefault="001F0FA3" w:rsidP="001F0FA3">
          <w:pPr>
            <w:pStyle w:val="637077735DF047A9B561B56E13ADD24C"/>
          </w:pPr>
          <w:r w:rsidRPr="008A4845">
            <w:rPr>
              <w:rStyle w:val="Vietosrezervavimoenklotekstas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A2"/>
    <w:rsid w:val="001D7F6C"/>
    <w:rsid w:val="001F0FA3"/>
    <w:rsid w:val="00371974"/>
    <w:rsid w:val="007376D2"/>
    <w:rsid w:val="007E2BA2"/>
    <w:rsid w:val="0096449C"/>
    <w:rsid w:val="009957B0"/>
    <w:rsid w:val="009C5EB9"/>
    <w:rsid w:val="00A829DC"/>
    <w:rsid w:val="00AC524B"/>
    <w:rsid w:val="00B43635"/>
    <w:rsid w:val="00C76F1A"/>
    <w:rsid w:val="00D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1F0FA3"/>
    <w:rPr>
      <w:color w:val="666666"/>
    </w:rPr>
  </w:style>
  <w:style w:type="paragraph" w:customStyle="1" w:styleId="637077735DF047A9B561B56E13ADD24C">
    <w:name w:val="637077735DF047A9B561B56E13ADD24C"/>
    <w:rsid w:val="001F0F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as xmlns="bd76807b-7035-44a2-93ee-9bb18f0b649c" xsi:nil="true"/>
    <Tags xmlns="bd76807b-7035-44a2-93ee-9bb18f0b649c">Įveskite pasirinkimą #1</Tags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22" ma:contentTypeDescription="Kurkite naują dokumentą." ma:contentTypeScope="" ma:versionID="54a0950f9e9df34887075104ad0cf24d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8b4763a576f19cf75dcdfb95dc2351d1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Tags" minOccurs="0"/>
                <xsd:element ref="ns2:Statusa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s" ma:index="27" nillable="true" ma:displayName="Tags" ma:default="Įveskite pasirinkimą #1" ma:format="Dropdown" ma:internalName="Tags">
      <xsd:simpleType>
        <xsd:union memberTypes="dms:Text">
          <xsd:simpleType>
            <xsd:restriction base="dms:Choice">
              <xsd:enumeration value="Įveskite pasirinkimą #1"/>
              <xsd:enumeration value="Įveskite pasirinkimą #2"/>
              <xsd:enumeration value="Įveskite pasirinkimą #3"/>
            </xsd:restriction>
          </xsd:simpleType>
        </xsd:union>
      </xsd:simpleType>
    </xsd:element>
    <xsd:element name="Statusas" ma:index="28" nillable="true" ma:displayName="Statusas" ma:format="Dropdown" ma:internalName="Statusa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6FA32E-F1FE-4511-A3F6-AB3589E60BBF}">
  <ds:schemaRefs>
    <ds:schemaRef ds:uri="http://schemas.microsoft.com/office/2006/metadata/properties"/>
    <ds:schemaRef ds:uri="http://schemas.microsoft.com/office/infopath/2007/PartnerControls"/>
    <ds:schemaRef ds:uri="bd76807b-7035-44a2-93ee-9bb18f0b649c"/>
    <ds:schemaRef ds:uri="07609231-acae-40b1-8992-26d1ec8f8073"/>
  </ds:schemaRefs>
</ds:datastoreItem>
</file>

<file path=customXml/itemProps3.xml><?xml version="1.0" encoding="utf-8"?>
<ds:datastoreItem xmlns:ds="http://schemas.openxmlformats.org/officeDocument/2006/customXml" ds:itemID="{2238673A-E941-45BD-9580-4702FA7C0F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5482DD-70C8-4A63-A586-6C8281948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</Words>
  <Characters>3784</Characters>
  <Application>Microsoft Office Word</Application>
  <DocSecurity>0</DocSecurity>
  <Lines>210</Lines>
  <Paragraphs>131</Paragraphs>
  <ScaleCrop>false</ScaleCrop>
  <Manager/>
  <Company/>
  <LinksUpToDate>false</LinksUpToDate>
  <CharactersWithSpaces>4194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Patekimo sprendinio bandymo protokolo ir atsiskaitymo dokumentų formos</dc:title>
  <dc:creator>Justina Avlas</dc:creator>
  <dc:description>generated by python-docx</dc:description>
  <cp:lastModifiedBy>Aistė Vaitkevičiūtė</cp:lastModifiedBy>
  <cp:revision>3</cp:revision>
  <dcterms:created xsi:type="dcterms:W3CDTF">2026-09-15T11:27:00Z</dcterms:created>
  <dcterms:modified xsi:type="dcterms:W3CDTF">2026-09-15T11:27:00Z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docLang">
    <vt:lpwstr>lt</vt:lpwstr>
  </property>
  <property fmtid="{D5CDD505-2E9C-101B-9397-08002B2CF9AE}" pid="4" name="MediaServiceImageTags">
    <vt:lpwstr/>
  </property>
</Properties>
</file>